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`Tenant` 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`name`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`code`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`enabled` BOOLEAN NOT NULL DEFAULT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`createdAt` DATETIME(3) NOT NULL DEFAULT CURRENT_TIMESTAMP(3),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`updatedAt` DATETIME(3)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UNIQUE INDEX `Tenant_code_key`(`code`),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(`id`)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`User` 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`username`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`passwordHash`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`name`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`phone`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`email`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`status` ENUM('ACTIVE', 'DISABLED') NOT NULL DEFAULT 'ACTIVE',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`tenantId`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`createdAt` DATETIME(3) NOT NULL DEFAULT CURRENT_TIMESTAMP(3),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`updatedAt` DATETIME(3)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UNIQUE INDEX `User_username_key`(`username`),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(`id`)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`Role` 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`name`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`code`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`description`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`tenantId`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`createdAt` DATETIME(3) NOT NULL DEFAULT CURRENT_TIMESTAMP(3),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`updatedAt` DATETIME(3)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UNIQUE INDEX `Role_code_key`(`code`),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(`id`)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`Permission` 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`name`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`code`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`type` ENUM('MENU', 'BUTTON', 'API')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`parentId`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`path`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`sort` INTEGER NOT NULL DEFAULT 0,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`createdAt` DATETIME(3) NOT NULL DEFAULT CURRENT_TIMESTAMP(3),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`updatedAt` DATETIME(3)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UNIQUE INDEX `Permission_code_key`(`code`),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(`id`)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`UserRole` 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`userId` VARCHAR(191) NOT NULL,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`roleId`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(`userId`, `roleId`)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`RolePermission` 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`roleId`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`permissionId`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(`roleId`, `permissionId`)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`Region` 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`code`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`name`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`level` INTEGER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`parentId`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`longitude` DECIMAL(10, 6)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`latitude` DECIMAL(10, 6)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`createdAt` DATETIME(3) NOT NULL DEFAULT CURRENT_TIMESTAMP(3),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`updatedAt` DATETIME(3)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UNIQUE INDEX `Region_code_key`(`code`),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(`id`)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`UserRegionScope` 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`userId`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`regionId`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(`userId`, `regionId`)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`RoleRegionScope` 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`roleId`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`regionId`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(`roleId`, `regionId`)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`StreetLamp` 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`code`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`name`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`tenantId`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`regionId` VARCHAR(191)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`address`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`longitude` DECIMAL(10, 6)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`latitude` DECIMAL(10, 6)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`deviceType` VARCHAR(191)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`status` ENUM('NORMAL', 'FAULT', 'MAINTENANCE', 'OFFLINE') NOT NULL DEFAULT 'NORMAL',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`onlineStatus` ENUM('ONLINE', 'OFFLINE') NOT NULL DEFAULT 'ONLINE',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`lastReportedAt` DATETIME(3)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`createdAt` DATETIME(3) NOT NULL DEFAULT CURRENT_TIMESTAMP(3),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`updatedAt` DATETIME(3) NOT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UNIQUE INDEX `StreetLamp_code_key`(`code`),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INDEX `StreetLamp_regionId_idx`(`regionId`),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(`id`)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`Alarm` (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`id`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`sourceAlarmId` VARCHAR(191)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`tenantId` VARCHAR(191)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`lampId`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`regionId`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`type`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`title`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`description` VARCHAR(191)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`level` ENUM('LOW', 'MEDIUM', 'HIGH', 'CRITICAL') NOT NULL DEFAULT 'MEDIUM',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`status` ENUM('OPEN', 'PROCESSING', 'RESOLVED', 'IGNORED') NOT NULL DEFAULT 'OPEN',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`occurredAt` DATETIME(3)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`recoveredAt` DATETIME(3)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`handledAt` DATETIME(3)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`createdAt` DATETIME(3) NOT NULL DEFAULT CURRENT_TIMESTAMP(3),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`updatedAt` DATETIME(3)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UNIQUE INDEX `Alarm_sourceAlarmId_key`(`sourceAlarmId`),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INDEX `Alarm_regionId_status_idx`(`regionId`, `status`),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INDEX `Alarm_lampId_idx`(`lampId`),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(`id`)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`AlarmEvent` (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`id`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`alarmId`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`eventType`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`payload` JSON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`createdAt` DATETIME(3) NOT NULL DEFAULT CURRENT_TIMESTAMP(3),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(`id`)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`AlarmHandleRecord` (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`id`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`alarmId`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`userId` VARCHAR(191)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`action`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`remark` VARCHAR(191)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`createdAt` DATETIME(3) NOT NULL DEFAULT CURRENT_TIMESTAMP(3),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(`id`)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CREATE TABLE `OperationLog` (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`id`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`userId` VARCHAR(191)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`action`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`resource` VARCHAR(191) NOT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`detail` JSON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`ip` VARCHAR(191) NULL,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`createdAt` DATETIME(3) NOT NULL DEFAULT CURRENT_TIMESTAMP(3),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PRIMARY KEY (`id`)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) DEFAULT CHARACTER SET utf8mb4 COLLATE utf8mb4_unicode_ci;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`User` ADD CONSTRAINT `User_tenantId_fkey` FOREIGN KEY (`tenantId`) REFERENCES `Tenant`(`id`) ON DELETE SET NULL ON UPDATE CASCADE;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`Role` ADD CONSTRAINT `Role_tenantId_fkey` FOREIGN KEY (`tenantId`) REFERENCES `Tenant`(`id`) ON DELETE SET NULL ON UPDATE CASCADE;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`UserRole` ADD CONSTRAINT `UserRole_userId_fkey` FOREIGN KEY (`userId`) REFERENCES `User`(`id`) ON DELETE CASCADE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`UserRole` ADD CONSTRAINT `UserRole_roleId_fkey` FOREIGN KEY (`roleId`) REFERENCES `Role`(`id`) ON DELETE CASCADE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`RolePermission` ADD CONSTRAINT `RolePermission_roleId_fkey` FOREIGN KEY (`roleId`) REFERENCES `Role`(`id`) ON DELETE CASCADE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`RolePermission` ADD CONSTRAINT `RolePermission_permissionId_fkey` FOREIGN KEY (`permissionId`) REFERENCES `Permission`(`id`) ON DELETE CASCADE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`Region` ADD CONSTRAINT `Region_parentId_fkey` FOREIGN KEY (`parentId`) REFERENCES `Region`(`id`) ON DELETE SET NULL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`UserRegionScope` ADD CONSTRAINT `UserRegionScope_userId_fkey` FOREIGN KEY (`userId`) REFERENCES `User`(`id`) ON DELETE CASCADE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`UserRegionScope` ADD CONSTRAINT `UserRegionScope_regionId_fkey` FOREIGN KEY (`regionId`) REFERENCES `Region`(`id`) ON DELETE CASCADE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`RoleRegionScope` ADD CONSTRAINT `RoleRegionScope_roleId_fkey` FOREIGN KEY (`roleId`) REFERENCES `Role`(`id`) ON DELETE CASCADE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`RoleRegionScope` ADD CONSTRAINT `RoleRegionScope_regionId_fkey` FOREIGN KEY (`regionId`) REFERENCES `Region`(`id`) ON DELETE CASCADE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`StreetLamp` ADD CONSTRAINT `StreetLamp_tenantId_fkey` FOREIGN KEY (`tenantId`) REFERENCES `Tenant`(`id`) ON DELETE SET NULL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`StreetLamp` ADD CONSTRAINT `StreetLamp_regionId_fkey` FOREIGN KEY (`regionId`) REFERENCES `Region`(`id`) ON DELETE RESTRICT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`Alarm` ADD CONSTRAINT `Alarm_tenantId_fkey` FOREIGN KEY (`tenantId`) REFERENCES `Tenant`(`id`) ON DELETE SET NULL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`Alarm` ADD CONSTRAINT `Alarm_lampId_fkey` FOREIGN KEY (`lampId`) REFERENCES `StreetLamp`(`id`) ON DELETE RESTRICT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`Alarm` ADD CONSTRAINT `Alarm_regionId_fkey` FOREIGN KEY (`regionId`) REFERENCES `Region`(`id`) ON DELETE RESTRICT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`AlarmEvent` ADD CONSTRAINT `AlarmEvent_alarmId_fkey` FOREIGN KEY (`alarmId`) REFERENCES `Alarm`(`id`) ON DELETE CASCADE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`AlarmHandleRecord` ADD CONSTRAINT `AlarmHandleRecord_alarmId_fkey` FOREIGN KEY (`alarmId`) REFERENCES `Alarm`(`id`) ON DELETE CASCADE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`AlarmHandleRecord` ADD CONSTRAINT `AlarmHandleRecord_userId_fkey` FOREIGN KEY (`userId`) REFERENCES `User`(`id`) ON DELETE SET NULL ON UPDATE CASCADE;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ALTER TABLE `StreetLamp` ADD COLUMN `isPowerOn` BOOLEAN NULL;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DROP INDEX `User_username_key` ON `User`;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DROP INDEX `Role_code_key` ON `Role`;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CREATE UNIQUE INDEX `User_tenantId_username_key` ON `User`(`tenantId`, `username`);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CREATE UNIQUE INDEX `Role_tenantId_code_key` ON `Role`(`tenantId`, `code`);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UPDATE `Role`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SET `code` = 'tenant_admin',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`name` = '租户管理员',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`description` = '租户初始化管理员角色'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WHERE `tenantId` IS NOT NULL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AND `code` = 'super_admin';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generator client {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provider = "prisma-client-js"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datasource db {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provider = "mysql"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url      = env("DATABASE_URL")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enum UserStatus {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ACTIVE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DISABLED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enum PermissionType {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MENU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BUTTON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API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enum LampStatus {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NORMAL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FAULT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MAINTENANCE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OFFLINE</w:t>
      </w:r>
    </w:p>
    <w:p>
      <w:pPr>
        <w:keepLines w:val="0"/>
        <w:widowControl w:val="0"/>
        <w:spacing w:before="0" w:after="0" w:lineRule="exact" w:line="210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enum OnlineStatus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ONLINE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OFFLINE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enum AlarmLevel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LOW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MEDIUM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HIGH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CRITICAL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enum AlarmStatus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OPEN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PROCESSING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RESOLVED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IGNORED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Tenant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        String   @id @default(cuid())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name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code      String   @unique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enabled   Boolean  @default(true)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createdAt DateTime @default(now())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updatedAt DateTime @updatedAt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users     User[]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roles     Role[]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lamps     StreetLamp[]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alarms    Alarm[]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User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           String           @id @default(cuid())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username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passwordHash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name   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phone   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email   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status       UserStatus       @default(ACTIVE)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tenantId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tenant       Tenant?          @relation(fields: [tenantId], references: [id])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roles        UserRole[]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regionScopes UserRegionScope[]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alarmHandles AlarmHandleRecord[]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createdAt    DateTime         @default(now())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updatedAt    DateTime         @updatedAt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@@unique([tenantId, username])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Role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           String            @id @default(cuid())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name   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code   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description  String?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tenantId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tenant       Tenant?           @relation(fields: [tenantId], references: [id])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users        UserRole[]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permissions  RolePermission[]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regionScopes RoleRegionScope[]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createdAt    DateTime          @default(now())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updatedAt    DateTime          @updatedAt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@@unique([tenantId, code])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Permission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        String           @id @default(cuid())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name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code      String           @unique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type      PermissionType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parentId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path 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sort      Int              @default(0)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roles     RolePermission[]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createdAt DateTime         @default(now())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updatedAt DateTime         @updatedAt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UserRole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userId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roleId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   User   @relation(fields: [userId], references: [id], onDelete: Cascade)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   Role   @relation(fields: [roleId], references: [id], onDelete: Cascade)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@@id([userId, roleId])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RolePermission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roleId 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permissionId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         Role       @relation(fields: [roleId], references: [id], onDelete: Cascade)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permission   Permission @relation(fields: [permissionId], references: [id], onDelete: Cascade)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@@id([roleId, permissionId])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Region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            String            @id @default(cuid())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code          String            @unique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name    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level         Int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parentId 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parent        Region?           @relation("RegionTree", fields: [parentId], references: [id])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children      Region[]          @relation("RegionTree")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longitude     Decimal?          @db.Decimal(10, 6)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latitude      Decimal?          @db.Decimal(10, 6)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userScopes    UserRegionScope[]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roleScopes    RoleRegionScope[]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lamps         StreetLamp[]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alarms        Alarm[]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createdAt     DateTime          @default(now())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updatedAt     DateTime          @updatedAt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UserRegionScope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userId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regionId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     User   @relation(fields: [userId], references: [id], onDelete: Cascade)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   Region @relation(fields: [regionId], references: [id], onDelete: Cascade)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@@id([userId, regionId])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RoleRegionScope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roleId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regionId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     Role   @relation(fields: [roleId], references: [id], onDelete: Cascade)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   Region @relation(fields: [regionId], references: [id], onDelete: Cascade)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@@id([roleId, regionId])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StreetLamp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             String       @id @default(cuid())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code           String       @unique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name     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tenantId  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tenant         Tenant?      @relation(fields: [tenantId], references: [id])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regionId 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         Region       @relation(fields: [regionId], references: [id])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address   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longitude      Decimal      @db.Decimal(10, 6)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latitude       Decimal      @db.Decimal(10, 6)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deviceType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status         LampStatus   @default(NORMAL)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onlineStatus   OnlineStatus @default(ONLINE)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isPowerOn      Boolean?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lastReportedAt DateTime?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alarms         Alarm[]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createdAt      DateTime     @default(now())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updatedAt      DateTime     @updatedAt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@@index([regionId])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Alarm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            String              @id @default(cuid())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sourceAlarmId String?             @unique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tenantId 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tenant        Tenant?             @relation(fields: [tenantId], references: [id])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lampId  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lamp          StreetLamp          @relation(fields: [lampId], references: [id])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regionId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        Region              @relation(fields: [regionId], references: [id])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type    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title     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description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level         AlarmLevel           @default(MEDIUM)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status        AlarmStatus          @default(OPEN)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occurredAt    DateTime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recoveredAt   DateTime?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handledAt     DateTime?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handleRecords AlarmHandleRecord[]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events        AlarmEvent[]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createdAt     DateTime            @default(now())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updatedAt     DateTime            @updatedAt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@@index([regionId, status])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@@index([lampId])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AlarmEvent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        String   @id @default(cuid())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alarmId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alarm     Alarm    @relation(fields: [alarmId], references: [id], onDelete: Cascade)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eventType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payload   Json?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createdAt DateTime @default(now())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AlarmHandleRecord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        String   @id @default(cuid())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alarmId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alarm     Alarm    @relation(fields: [alarmId], references: [id], onDelete: Cascade)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userId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      User?    @relation(fields: [userId], references: [id])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action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remark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createdAt DateTime @default(now())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model OperationLog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        String   @id @default(cuid())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userId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action  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resource  String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detail    Json?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ip        String?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createdAt DateTime @default(now())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PrismaClient } from '@prisma/client';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* as bcrypt from 'bcryptjs';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prisma = new PrismaClient();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main()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tenant = await prisma.tenant.upsert({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'default'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name: '默认租户', code: 'default'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china = await prisma.region.upsert({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'100000'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'100000', name: '全国', level: 0, longitude: 104.195397, latitude: 35.86166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province = await prisma.region.upsert({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'110000'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'110000', name: '北京市', level: 1, parentId: china.id, longitude: 116.407526, latitude: 39.90403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city = await prisma.region.upsert({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'110100'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'110100', name: '北京市', level: 2, parentId: province.id, longitude: 116.407526, latitude: 39.90403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district = await prisma.region.upsert({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'110101'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'110101', name: '东城区', level: 3, parentId: city.id, longitude: 116.416357, latitude: 39.928353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shanghai = await prisma.region.upsert({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'310000'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'310000', name: '上海市', level: 1, parentId: china.id, longitude: 121.473701, latitude: 31.230416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shanghaiCity = await prisma.region.upsert({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'310100'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'310100', name: '上海市', level: 2, parentId: shanghai.id, longitude: 121.473701, latitude: 31.230416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pudong = await prisma.region.upsert({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'310115'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'310115', name: '浦东新区', level: 3, parentId: shanghaiCity.id, longitude: 121.544346, latitude: 31.221461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guangdong = await prisma.region.upsert({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'440000'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'440000', name: '广东省', level: 1, parentId: china.id, longitude: 113.266887, latitude: 23.133306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guangzhou = await prisma.region.upsert({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'440100'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'440100', name: '广州市', level: 2, parentId: guangdong.id, longitude: 113.264385, latitude: 23.129112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tianhe = await prisma.region.upsert({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'440106'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'440106', name: '天河区', level: 3, parentId: guangzhou.id, longitude: 113.361597, latitude: 23.124817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zhejiang = await prisma.region.upsert({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'330000' },</w:t>
      </w:r>
    </w:p>
    <w:p>
      <w:pPr>
        <w:keepLines w:val="0"/>
        <w:widowControl w:val="0"/>
        <w:spacing w:before="0" w:after="0" w:lineRule="exact" w:line="239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'330000', name: '浙江省', level: 1, parentId: china.id, longitude: 120.152575, latitude: 30.266619 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hangzhou = await prisma.region.upsert({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'330100' 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'330100', name: '杭州市', level: 2, parentId: zhejiang.id, longitude: 120.15507, latitude: 30.274085 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xihu = await prisma.region.upsert({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where: { code: '330106' 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update: {},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create: { code: '330106', name: '西湖区', level: 3, parentId: hangzhou.id, longitude: 120.130396, latitude: 30.259242 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permissions = [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['tenants:manage', '租户管理', 'MENU', '/system/tenants'],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['dashboard:view', '数据看板', 'MENU', '/dashboard'],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['map:view', '地图监控', 'MENU', '/map'],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['lamps:manage', '路灯管理', 'MENU', '/lamps'],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['alarms:manage', '报警管理', 'MENU', '/alarms'],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['system:manage', '系统管理', 'MENU', '/system/users'],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] as const;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 (const [code, name, type, path] of permissions) 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prisma.permission.upsert({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code 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update: {},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create: { code, name, type, path 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let platformRole = await prisma.role.findFirst({ where: { tenantId: null, code: 'platform_super_admin' } });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(!platformRole) 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platformRole = await prisma.role.create({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data: 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name: '平台超级管理员',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code: 'platform_super_admin',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description: '仅用于平台租户管理，不在页面中配置',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tenantManagePermission = await prisma.permission.findUnique({ where: { code: 'tenants:manage' } });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(tenantManagePermission) 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prisma.rolePermission.createMany({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data: [{ roleId: platformRole.id, permissionId: tenantManagePermission.id }],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skipDuplicates: true,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let platformAdmin = await prisma.user.findFirst({ where: { tenantId: null, username: 'admin' } });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(!platformAdmin) 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platformAdmin = await prisma.user.create({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data: {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username: 'admin',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passwordHash: await bcrypt.hash('admin123456', 10),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name: '平台超级管理员',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roles: { create: [{ roleId: platformRole.id }]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let role = await prisma.role.findFirst({ where: { tenantId: tenant.id, code: { in: ['tenant_admin', 'super_admin'] } }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(role) 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role = await prisma.role.update({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id: role.id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data: { name: '租户管理员', code: 'tenant_admin', description: '租户初始化管理员角色'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 else 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role = await prisma.role.create({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data: { name: '租户管理员', code: 'tenant_admin', description: '租户初始化管理员角色', tenantId: tenant.id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allPermissions = await prisma.permission.findMany({ where: { code: { not: 'tenants:manage' } }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await prisma.rolePermission.createMany({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data: allPermissions.map((permission) =&gt; ({ roleId: role.id, permissionId: permission.id })),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skipDuplicates: true,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await prisma.roleRegionScope.createMany({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data: [{ roleId: role.id, regionId: china.id }],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skipDuplicates: true,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let admin = await prisma.user.findFirst({ where: { tenantId: tenant.id, username: 'admin' }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(admin) 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admin = await prisma.user.update({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id: admin.id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data: { name: '系统管理员'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 else 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admin = await prisma.user.create({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data: 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username: 'admin',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passwordHash: await bcrypt.hash('admin123456', 10),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name: '系统管理员',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tenantId: tenant.id,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roles: { create: [{ roleId: role.id }]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regionScopes: { create: [{ regionId: china.id }]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sampleLamps = [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['BJ-DC-0001', '东城区智慧路灯 A01', district.id, '北京市东城区东长安街', 116.416357, 39.928353, '单灯', 'NORMAL', 'ONLINE'],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['BJ-DC-0002', '东城区智慧路灯 A02', district.id, '北京市东城区王府井大街', 116.411568, 39.908823, '单灯', 'FAULT', 'ONLINE'],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['BJ-DC-0003', '东城区智慧路灯 A03', district.id, '北京市东城区朝阳门内大街', 116.433235, 39.924463, '单灯', 'MAINTENANCE', 'OFFLINE'],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['SH-PD-0001', '浦东新区智慧路灯 P01', pudong.id, '上海市浦东新区世纪大道', 121.544346, 31.221461, '单灯', 'NORMAL', 'ONLINE'],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['SH-PD-0002', '浦东新区智慧路灯 P02', pudong.id, '上海市浦东新区陆家嘴环路', 121.502833, 31.239101, '单灯', 'FAULT', 'ONLINE'],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['GZ-TH-0001', '天河区智慧路灯 T01', tianhe.id, '广州市天河区体育西路', 113.321478, 23.132191, '单灯', 'NORMAL', 'ONLINE'],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['GZ-TH-0002', '天河区智慧路灯 T02', tianhe.id, '广州市天河区珠江新城', 113.32459, 23.119962, '单灯', 'OFFLINE', 'OFFLINE'],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['HZ-XH-0001', '西湖区智慧路灯 X01', xihu.id, '杭州市西湖区文三路', 120.130396, 30.279242, '单灯', 'NORMAL', 'ONLINE'],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['HZ-XH-0002', '西湖区智慧路灯 X02', xihu.id, '杭州市西湖区曙光路', 120.14321, 30.26311, '单灯', 'FAULT', 'ONLINE'],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] as const;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lampMap = new Map&lt;string, { id: string; regionId: string }&gt;();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 (const [code, name, regionId, address, longitude, latitude, deviceType, status, onlineStatus] of sampleLamps) 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lamp = await prisma.streetLamp.upsert({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code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update: { name, regionId, address, longitude, latitude, deviceType, status, onlineStatus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create: 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code,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name,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tenantId: tenant.id,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regionId,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address,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longitude,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latitude,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deviceType,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status,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onlineStatus,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lastReportedAt: onlineStatus === 'ONLINE' ? new Date(Date.now() - Math.random() * 1000 * 60 * 45) : undefined,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lampMap.set(code, { id: lamp.id, regionId: lamp.regionId });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sampleAlarms = [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['sample-alarm-001', 'BJ-DC-0001', 'POWER_FAILURE', '路灯断电报警', '设备供电异常，请尽快排查配电箱。', 'HIGH', 'OPEN', 18],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['sample-alarm-002', 'BJ-DC-0002', 'LAMP_FAULT', '灯具故障报警', '灯具电流异常，疑似光源损坏。', 'MEDIUM', 'PROCESSING', 65],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['sample-alarm-003', 'SH-PD-0002', 'DOOR_OPEN', '灯杆箱门开启', '箱门异常开启，存在安全风险。', 'CRITICAL', 'OPEN', 12],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['sample-alarm-004', 'GZ-TH-0002', 'OFFLINE', '设备离线报警', '设备超过 30 分钟未上报数据。', 'HIGH', 'OPEN', 42],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['sample-alarm-005', 'HZ-XH-0002', 'VOLTAGE_ABNORMAL', '电压异常报警', '输入电压波动超过阈值。', 'MEDIUM', 'PROCESSING', 95],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['sample-alarm-006', 'SH-PD-0001', 'BRIGHTNESS_LOW', '亮度不足报警', '夜间亮度低于策略要求。', 'LOW', 'RESOLVED', 240],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] as const;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 (const [sourceAlarmId, lampCode, type, title, description, level, status, minutesAgo] of sampleAlarms) 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lamp = lampMap.get(lampCode);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(!lamp) 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continue;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prisma.alarm.upsert({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sourceAlarmId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update: { status },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create: {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sourceAlarmId,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tenantId: tenant.id,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lampId: lamp.id,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regionId: lamp.regionId,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type,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title,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description,</w:t>
      </w:r>
    </w:p>
    <w:p>
      <w:pPr>
        <w:keepLines w:val="0"/>
        <w:widowControl w:val="0"/>
        <w:spacing w:before="0" w:after="0" w:lineRule="exact" w:line="25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level,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status,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occurredAt: new Date(Date.now() - minutesAgo * 60 * 1000),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recoveredAt: status === 'RESOLVED' ? new Date(Date.now() - 60 * 60 * 1000) : undefined,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events: { create: [{ eventType: 'CREATED', payload: { seededBy: platformAdmin.username, tenantAdmin: admin.username } }]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main()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.then(async () =&gt; prisma.$disconnect())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.catch(async (error)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console.error(error);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prisma.$disconnect();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process.exit(1);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existsSync } from 'node:fs';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join } from 'node:path';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Module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ConfigModule } from '@nestjs/config';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AlarmIngestionModule } from './modules/alarm-ingestion/alarm-ingestion.module';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LampIngestionModule } from './modules/lamp-ingestion/lamp-ingestion.module';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AlarmsModule } from './modules/alarms/alarms.module';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AuthModule } from './modules/auth/auth.module';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CommonModule } from './common/common.module';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DashboardModule } from './modules/dashboard/dashboard.module';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LampsModule } from './modules/lamps/lamps.module';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MapModule } from './modules/map/map.module';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PrismaModule } from './modules/prisma/prisma.module';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RedisModule } from './modules/redis/redis.module';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RegionsModule } from './modules/regions/regions.module';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RolesModule } from './modules/roles/roles.module';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TenantsModule } from './modules/tenants/tenants.module';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UsersModule } from './modules/users/users.module';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resolveEnvFilePath(): string | undefined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candidates =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join(__dirname, '..', '.env'),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join(__dirname, '..', '..', '.env'),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join(process.cwd(), 'backend', '.env'),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join(process.cwd(), '.env'),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candidates.find((p) =&gt; existsSync(p));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resolvedEnvFile = resolveEnvFilePath();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@Module({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imports: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ConfigModule.forRoot({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isGlobal: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envFilePath: resolvedEnvFile ? [resolvedEnvFile] : ['.env'],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PrismaModule,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RedisModule,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AuthModule,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CommonModule,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TenantsModule,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UsersModule,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RolesModule,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RegionsModule,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LampsModule,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AlarmsModule,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DashboardModule,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MapModule,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AlarmIngestionModule,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LampIngestionModule,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AppModule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Global, Module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APP_GUARD } from '@nestjs/core';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PermissionsGuard } from './permissions.guard';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RegionScopeService } from './region-scope.service';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@Global()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@Module({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providers: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RegionScopeService,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provide: APP_GUARD,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useClass: PermissionsGuard,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exports: [RegionScopeService],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CommonModule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createParamDecorator, ExecutionContext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Request } from 'express';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interface AuthUser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sub: string;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username: string;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tenantId?: string | null;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roles: string[];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permissions: string[];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regionIds: string[];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const CurrentUser = createParamDecorator((data: keyof AuthUser | undefined, ctx: ExecutionContext)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request = ctx.switchToHttp().getRequest&lt;Request &amp; { user?: AuthUser }&gt;();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user = request.user;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data &amp;&amp; user ? user[data] : user;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SetMetadata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const PERMISSIONS_KEY = 'permissions';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const RequirePermissions = (...permissions: string[]) =&gt; SetMetadata(PERMISSIONS_KEY, permissions);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CanActivate, ExecutionContext, Injectable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Reflector } from '@nestjs/core';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Request } from 'express';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 } from './current-user.decorator';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PERMISSIONS_KEY } from './permissions.decorator';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@Injectable()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PermissionsGuard implements CanActivate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constructor(private readonly reflector: Reflector)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canActivate(context: ExecutionContext): boolean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required = this.reflector.getAllAndOverride&lt;string[]&gt;(PERMISSIONS_KEY,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context.getHandler(),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context.getClass(),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(!required?.length)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true;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request = context.switchToHttp().getRequest&lt;Request &amp; { user?: AuthUser }&gt;();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permissions = request.user?.permissions ?? 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required.every((permission) =&gt; permissions.includes(permission));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SetMetadata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const IS_PUBLIC_KEY = 'isPublic';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const Public = () =&gt; SetMetadata(IS_PUBLIC_KEY, true);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BadRequestException, Injectable, NotFoundException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Prisma } from '@prisma/client';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PrismaService } from '../modules/prisma/prisma.service';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 } from './current-user.decorator';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inferredCoordinateRegions =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code: '511823',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name: '汉源县',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level: 3,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longitude: 102.650417,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latitude: 29.344275,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bounds: { minLng: 97.0, maxLng: 108.6, minLat: 26.0, maxLat: 34.6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parents: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{ code: '510000', name: '四川省', level: 1, longitude: 104.075809, latitude: 30.651239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{ code: '511800', name: '雅安市', level: 2, longitude: 103.042375, latitude: 30.010602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] as const;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@Injectable()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RegionScopeService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constructor(private readonly prisma: PrismaService)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expandRegionIds(regionIds: string[])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(!regionIds.length)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result = new Set(regionIds);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let frontier = regionIds;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while (frontier.length)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const children = await this.prisma.region.findMany({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where: { parentId: { in: frontier }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select: { id: true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frontier = children.map((child) =&gt; child.id).filter((id) =&gt; !result.has(id));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frontier.forEach((id) =&gt; result.add(id));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[...result];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scopedRegionIds(user: AuthUser, requestedRegionId?: string)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allowedRegionIds = await this.expandRegionIds(user.regionIds ?? 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(!requestedRegionId)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allowedRegionIds;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requestedRegionIds = await this.expandRegionIds([requestedRegionId]);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(!allowedRegionIds.length)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requestedRegionIds;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requestedRegionIds.filter((regionId) =&gt; allowedRegionIds.includes(regionId));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findNearestRegionId(longitude: number, latitude: number, maxDistanceSquared = 1)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regions = await this.prisma.region.findMany({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longitude: { not: null }, latitude: { not: null }, level: 3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select: { id: true, longitude: true, latitude: true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(!regions.length)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undefined;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nearest = regions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.map((region)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const lng = Number(region.longitude);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const lat = Number(region.latitude);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return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id: region.id,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distance: Math.abs(lng - longitude) ** 2 + Math.abs(lat - latitude) ** 2,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.sort((a, b) =&gt; a.distance - b.distance)[0];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(nearest &amp;&amp; nearest.distance &lt;= maxDistanceSquared)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nearest.id;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this.inferRegionByCoordinate(longitude, latitude);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private async inferRegionByCoordinate(longitude: number, latitude: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inferred = inferredCoordinateRegions.find(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(region) =&gt;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longitude &gt;= region.bounds.minLng &amp;&amp;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longitude &lt;= region.bounds.maxLng &amp;&amp;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latitude &gt;= region.bounds.minLat &amp;&amp;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latitude &lt;= region.bounds.maxLat,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(!inferred)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undefined;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china = await this.prisma.region.upsert({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code: '100000'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update: {},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create: { code: '100000', name: '全国', level: 0, longitude: 104.195397, latitude: 35.86166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let parentId = china.id;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for (const parent of inferred.parents)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const region = await this.prisma.region.upsert({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where: { code: parent.code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update: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name: parent.name,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level: parent.level,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parentId,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longitude: parent.longitude,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latitude: parent.latitude,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create: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code: parent.code,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name: parent.name,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level: parent.level,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parentId,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longitude: parent.longitude,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latitude: parent.latitude,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parentId = region.id;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region = await this.prisma.region.upsert({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code: inferred.code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update: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name: inferred.name,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level: inferred.level,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parentId,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longitude: inferred.longitude,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latitude: inferred.latitude,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create: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code: inferred.code,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name: inferred.name,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level: inferred.level,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parentId,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longitude: inferred.longitude,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latitude: inferred.latitude,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region.id;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lampWhere(user: AuthUser, extra: Prisma.StreetLampWhereInput = {}, requestedRegionId?: string)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regionIds = await this.scopedRegionIds(user, requestedRegionId);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...extra,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...(regionIds.length ? { regionId: { in: regionIds } } : {}),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...(user.tenantId ? { tenantId: user.tenantId } : {}),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alarmWhere(user: AuthUser, extra: Prisma.AlarmWhereInput = {}, requestedRegionId?: string)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regionIds = await this.scopedRegionIds(user, requestedRegionId);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...extra,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...(regionIds.length ? { regionId: { in: regionIds } } : {}),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...(user.tenantId ? { tenantId: user.tenantId } : {}),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assertLampRowWritableByUser(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user: AuthUser,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lamp: { tenantId: string | null; regionId: string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): Promise&lt;void&gt;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(!user.tenantId)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(lamp.tenantId !== user.tenantId)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NotFoundException('路灯设备不存在');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allowed = await this.scopedRegionIds(user);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(allowed.length &amp;&amp; !allowed.includes(lamp.regionId))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NotFoundException('路灯设备不存在');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assertRegionWritableByTenantUser(user: AuthUser, regionId: string): Promise&lt;void&gt;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(!user.tenantId)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allowed = await this.scopedRegionIds(user);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(allowed.length &amp;&amp; !allowed.includes(regionId))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BadRequestException('无权在该区域创建或迁移路灯');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ValidationPipe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ConfigService } from '@nestjs/config';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NestFactory } from '@nestjs/core';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NestExpressApplication } from '@nestjs/platform-express';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DocumentBuilder, SwaggerModule } from '@nestjs/swagger';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existsSync } from 'node:fs';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join } from 'node:path';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AppModule } from './app.module';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bootstrap()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app = await NestFactory.create&lt;NestExpressApplication&gt;(AppModule);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configService = app.get(ConfigService);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app.enableCors({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origin: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credentials: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app.setGlobalPrefix('api');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app.useGlobalPipes(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new ValidationPipe({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whitelist: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transform: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swaggerConfig = new DocumentBuilder()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.setTitle('城市照明综合网管平台 API')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.setDescription('权限、区域、路灯、报警和地图接口')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.setVersion('1.0.0')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.addBearerAuth()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.build();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document = SwaggerModule.createDocument(app, swaggerConfig);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SwaggerModule.setup('api/docs', app, document);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frontendDistPath = resolveFrontendDistPath();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(frontendDistPath)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app.useStaticAssets(frontendDistPath);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indexPath = join(frontendDistPath, 'index.html');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app.use((req: any, res: any, next: () =&gt; void)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if (req.method !== 'GET' || req.path.startsWith('/api') || /\.[^/]+$/.test(req.path))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next();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return;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res.sendFile(indexPath);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await app.listen(Number(configService.get('PORT') ?? 3000));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resolveFrontendDistPath()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candidates =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join(process.cwd(), 'front', 'dist'),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join(process.cwd(), '..', 'front', 'dist'),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join(__dirname, '..', '..', 'front', 'dist'),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join(__dirname, '..', '..', '..', 'front', 'dist'),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candidates.find((path) =&gt; existsSync(join(path, 'index.html')));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void bootstrap();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Body, Controller, Post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ApiBearerAuth, ApiTags } from '@nestjs/swagger';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AuthUser, CurrentUser } from '../../common/current-user.decorator';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AlarmIngestionService } from './alarm-ingestion.service';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@ApiTags('报警接入')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@ApiBearerAuth()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@Controller('alarm-ingestion')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AlarmIngestionController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constructor(private readonly alarmIngestionService: AlarmIngestionService)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@Post('receive')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receive(@CurrentUser() user: AuthUser, @Body() dto: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this.alarmIngestionService.receive(user, dto);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Module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AlarmsModule } from '../alarms/alarms.module';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AlarmIngestionController } from './alarm-ingestion.controller';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AlarmIngestionService } from './alarm-ingestion.service';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@Module({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imports: [AlarmsModule],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controllers: [AlarmIngestionController],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providers: [AlarmIngestionService],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AlarmIngestionModule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ConflictException, Injectable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 } from '../../common/current-user.decorator';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RedisService } from '../redis/redis.service';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AlarmsService } from '../alarms/alarms.service';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@Injectable()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AlarmIngestionService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private readonly redisService: RedisService,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private readonly alarmsService: AlarmsService,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)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receive(user: AuthUser, dto: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idempotentKey = `alarm:ingestion:${user.sub}:${dto.sourceAlarmId}`;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redis = this.redisService.client;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redis.connect().catch(() =&gt; undefined);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created = await redis.set(idempotentKey, '1', 'EX', 3600, 'NX');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(!created)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ConflictException('重复报警已忽略');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try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await this.alarmsService.createFromIngestion(user, dto);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 catch (e)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await redis.del(idempotentKey).catch(() =&gt; undefined);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Body, Controller, Get, Param, Patch, Query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ApiBearerAuth, ApiTags } from '@nestjs/swagger';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AuthUser, CurrentUser } from '../../common/current-user.decorator';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RequirePermissions } from '../../common/permissions.decorator';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AlarmsService } from './alarms.service';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@ApiBearerAuth()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@ApiTags('报警管理')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@RequirePermissions('alarms:manage')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@Controller('alarms')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AlarmsController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constructor(private readonly alarmsService: AlarmsService)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@Get()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findAll(@CurrentUser() user: AuthUser, @Query() query: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this.alarmsService.findAll(user, query);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@Patch(':id/handle')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handle(@CurrentUser() user: AuthUser, @Param('id') id: string, @Body() dto: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this.alarmsService.handle(user, id, dto);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Module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AlarmsController } from './alarms.controller';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AlarmsService } from './alarms.service';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@Module({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controllers: [AlarmsController],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providers: [AlarmsService],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exports: [AlarmsService],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AlarmsModule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BadRequestException, Injectable, NotFoundException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 } from '../../common/current-user.decorator';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RegionScopeService } from '../../common/region-scope.service';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PrismaService } from '../prisma/prisma.service';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@Injectable()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AlarmsService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private readonly prisma: PrismaService,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private readonly regionScope: RegionScopeService,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)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findAll(user: AuthUser, query: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page = Math.max(Number(query.page ?? 1), 1);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pageSize = Math.min(Math.max(Number(query.pageSize ?? query.limit ?? 20), 1), 100);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where = await this.regionScope.alarmWhere(user,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...(query.status ? { status: query.status } : {}),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...(query.level ? { level: query.level } : {}),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...(query.type ? { type: query.type } : {}),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}, query.regionId);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[items, total] = await Promise.all([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this.prisma.alarm.findMany({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where,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include: { lamp: true, region: true, handleRecords: { include: { user: true }, orderBy: { createdAt: 'desc' } }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orderBy: { occurredAt: 'desc' },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skip: (page - 1) * pageSize,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take: pageSize,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this.prisma.alarm.count({ where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{ items, total, page, pageSize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createFromIngestion(user: AuthUser, dto: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code = typeof dto.code === 'string' ? dto.code.trim() : '';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name = typeof dto.name === 'string' ? dto.name.trim() : '';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(!code || !name)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BadRequestException('code 与 name 均为必填，且须与资产库中路灯一致');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lamp = await this.prisma.streetLamp.findUnique({ where: { code }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(!lamp)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NotFoundException('路灯设备不存在');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(lamp.name.trim() !== name)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BadRequestException('路灯名称与编号不一致');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this.regionScope.assertLampRowWritableByUser(user, lamp);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existing = await this.prisma.alarm.findUnique({ where: { sourceAlarmId: dto.sourceAlarmId }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(existing)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if (user.tenantId != null &amp;&amp; existing.tenantId !== user.tenantId)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throw new NotFoundException('报警不存在');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if (existing.lampId !== lamp.id)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throw new BadRequestException('路灯与既有报警不匹配');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tenantId =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user.tenantId != null ? user.tenantId : dto.tenantId !== undefined ? dto.tenantId : lamp.tenantId;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this.prisma.alarm.upsert({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sourceAlarmId: dto.sourceAlarmId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update: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status: dto.status,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recoveredAt: dto.recoveredAt ? new Date(dto.recoveredAt) : undefined,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events: { create: { eventType: 'UPDATED_FROM_API', payload: dto }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create: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sourceAlarmId: dto.sourceAlarmId,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tenantId: tenantId ?? lamp.tenantId,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lampId: lamp.id,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regionId: lamp.regionId,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type: dto.type,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title: dto.title,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description: dto.description,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level: dto.level ?? 'MEDIUM',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status: dto.status ?? 'OPEN',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occurredAt: dto.occurredAt ? new Date(dto.occurredAt) : new Date(),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events: { create: { eventType: 'CREATED_FROM_API', payload: dto }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handle(user: AuthUser, id: string, dto: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alarm = await this.prisma.alarm.findFirst({ where: await this.regionScope.alarmWhere(user, { id })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(!alarm)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NotFoundException('报警不存在或无权限访问');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this.prisma.alarm.update({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id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data: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status: dto.status ?? 'PROCESSING',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handledAt: new Date(),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recoveredAt: dto.status === 'RESOLVED' ? new Date() : undefined,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handleRecords: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create: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userId: user.sub,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action: dto.action ?? 'HANDLE',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remark: dto.remark,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include: { handleRecords: true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Body, Controller, Get, Post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ApiBearerAuth, ApiTags } from '@nestjs/swagger';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AuthUser, CurrentUser } from '../../common/current-user.decorator';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Public } from '../../common/public.decorator';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AuthService } from './auth.service';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ChangePasswordDto, LoginDto, RefreshTokenDto } from './auth.dto';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@ApiTags('认证')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@Controller('auth')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AuthController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constructor(private readonly authService: AuthService)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@Public()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@Post('login')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login(@Body() dto: LoginDto)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this.authService.login(dto);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@Public()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@Post('refresh')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refresh(@Body() dto: RefreshTokenDto)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this.authService.refresh(dto.refreshToken);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@ApiBearerAuth()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@Get('me')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me(@CurrentUser() user: unknown) {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user;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@ApiBearerAuth()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@Post('change-password')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changePassword(@CurrentUser() user: AuthUser, @Body() dto: ChangePasswordDto)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this.authService.changePassword(user, dto);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IsString, MinLength } from 'class-validator';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LoginDto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@IsString()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tenantCode!: string;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@IsString()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username!: string;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@IsString()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@MinLength(6)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password!: string;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RefreshTokenDto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@IsString()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refreshToken!: string;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ChangePasswordDto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@IsString()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oldPassword!: string;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@IsString()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@MinLength(6)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newPassword!: string;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Module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ConfigModule, ConfigService } from '@nestjs/config';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APP_GUARD } from '@nestjs/core';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JwtModule } from '@nestjs/jwt';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PassportModule } from '@nestjs/passport';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AuthController } from './auth.controller';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AuthService } from './auth.service';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JwtAuthGuard } from './jwt-auth.guard';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JwtStrategy } from './jwt.strategy';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@Module({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imports: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PassportModule,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JwtModule.registerAsync({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imports: [ConfigModule],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inject: [ConfigService],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useFactory: (configService: ConfigService) =&gt; 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secret: configService.get('JWT_SECRET'),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signOptions: { expiresIn: configService.get('JWT_EXPIRES_IN') ?? '2h'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],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controllers: [AuthController],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providers: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AuthService,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JwtStrategy,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provide: APP_GUARD,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useClass: JwtAuthGuard,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exports: [AuthService],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AuthModule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Injectable, UnauthorizedException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ConfigService } from '@nestjs/config';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JwtService } from '@nestjs/jwt';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* as bcrypt from 'bcryptjs';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PrismaService } from '../prisma/prisma.service';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LoginDto } from './auth.dto';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 } from '../../common/current-user.decorator';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@Injectable()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AuthService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private readonly prisma: PrismaService,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private readonly jwtService: JwtService,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private readonly configService: ConfigService,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)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login(dto: LoginDto)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isPlatformLogin = dto.tenantCode === 'platform';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tenant = isPlatformLogin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? null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: await this.prisma.tenant.findUnique({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where: { code: dto.tenantCode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(!isPlatformLogin &amp;&amp; !tenant?.enabled)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UnauthorizedException('租户不存在或已停用');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user = await this.prisma.user.findFirst({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username: dto.username, tenantId: tenant?.id ?? null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include: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tenant: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roles: { include: { role: { include: { permissions: { include: { permission: true } }, regionScopes: true } } }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regionScopes: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(!user || user.status !== 'ACTIVE')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UnauthorizedException('用户名或密码错误');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valid = await bcrypt.compare(dto.password, user.passwordHash);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(!valid)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UnauthorizedException('用户名或密码错误');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payload =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sub: user.id,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username: user.username,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tenantId: tenant?.id ??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tenantCode: tenant?.code ?? 'platform',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roles: user.roles.map((item) =&gt; item.role.code),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permissions: [...new Set(user.roles.flatMap((item) =&gt; item.role.permissions.map((rp) =&gt; rp.permission.code)))],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regionIds: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...new Set([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...user.regionScopes.map((scope) =&gt; scope.regionId),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...user.roles.flatMap((item) =&gt; item.role.regionScopes.map((scope) =&gt; scope.regionId)),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]),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accessToken: await this.jwtService.signAsync(payload),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refreshToken: await this.jwtService.signAsync(payload,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expiresIn: this.configService.get('REFRESH_TOKEN_EXPIRES_IN') ?? '7d',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user: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id: user.id,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username: user.username,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name: user.name,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tenant: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id: tenant?.id ?? null,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code: tenant?.code ?? 'platform',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name: tenant?.name ?? '平台管理',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roles: payload.roles,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permissions: payload.permissions,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regionIds: payload.regionIds,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refresh(refreshToken: string)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try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const payload = await this.jwtService.verifyAsync(refreshToken);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const { exp, iat, ...rest } = payload;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accessToken: await this.jwtService.signAsync(rest),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 catch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UnauthorizedException('刷新令牌无效');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changePassword(user: AuthUser, dto: { oldPassword: string; newPassword: string })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account = await this.prisma.user.findUnique({ where: { id: user.sub }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(!account)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UnauthorizedException('用户不存在');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valid = await bcrypt.compare(dto.oldPassword, account.passwordHash);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(!valid)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throw new UnauthorizedException('原密码错误');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this.prisma.user.update({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{ id: user.sub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data: { passwordHash: await bcrypt.hash(dto.newPassword, 10)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{ success: true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ExecutionContext, Injectable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Reflector } from '@nestjs/core';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AuthGuard } from '@nestjs/passport';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IS_PUBLIC_KEY } from '../../common/public.decorator';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@Injectable()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JwtAuthGuard extends AuthGuard('jwt')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constructor(private readonly reflector: Reflector)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super();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canActivate(context: ExecutionContext)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isPublic = this.reflector.getAllAndOverride&lt;boolean&gt;(IS_PUBLIC_KEY,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context.getHandler(),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context.getClass(),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(isPublic)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true;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super.canActivate(context);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Injectable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ConfigService } from '@nestjs/config';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PassportStrategy } from '@nestjs/passport';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ExtractJwt, Strategy } from 'passport-jwt';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 } from '../../common/current-user.decorator';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@Injectable()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JwtStrategy extends PassportStrategy(Strategy)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constructor(configService: ConfigService)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super({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jwtFromRequest: ExtractJwt.fromAuthHeaderAsBearerToken(),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ignoreExpiration: false,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secretOrKey: configService.get('JWT_SECRET') ?? 'change-me-in-production',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validate(payload: AuthUser)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payload;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Controller, Get, Query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ApiBearerAuth, ApiTags } from '@nestjs/swagger';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AuthUser, CurrentUser } from '../../common/current-user.decorator';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RequirePermissions } from '../../common/permissions.decorator';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DashboardService } from './dashboard.service';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@ApiBearerAuth()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@ApiTags('数据看板')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@RequirePermissions('dashboard:view')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@Controller('dashboard')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DashboardController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constructor(private readonly dashboardService: DashboardService)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@Get('summary')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summary(@CurrentUser() user: AuthUser, @Query() query: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this.dashboardService.summary(user, query);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Module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DashboardController } from './dashboard.controller';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DashboardService } from './dashboard.service';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@Module({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controllers: [DashboardController],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providers: [DashboardService],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DashboardModule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Injectable } from '@nestjs/common';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AuthUser } from '../../common/current-user.decorator';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RegionScopeService } from '../../common/region-scope.service';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PrismaService } from '../prisma/prisma.service';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@Injectable()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export class DashboardService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constructor(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private readonly prisma: PrismaService,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private readonly regionScope: RegionScopeService,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) {}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async summary(user: AuthUser, query: any = {})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recentPage = Math.max(Number(query.recentPage ?? 1), 1);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recentPageSize = Math.min(Math.max(Number(query.recentPageSize ?? 6), 1), 100);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now = new Date();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todayStart = new Date(now.getFullYear(), now.getMonth(), now.getDate());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trendStart = new Date(now.getFullYear(), now.getMonth() - 11, 1);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lampWhere = await this.regionScope.lampWhere(user, {}, query.regionId);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alarmWhere = await this.regionScope.alarmWhere(user, {}, query.regionId);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singleLampWhere = { AND: [lampWhere, { deviceType: '单灯' }]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terminalWhere = { AND: [lampWhere, { deviceType: '监控终端' }]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assetTotal,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singleLampTotal,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terminalTotal,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onlineTotal,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singleLampOnlineTotal,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terminalOnlineTotal,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openAlarms,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criticalAlarms,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alarmsByStatus,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alarmsByLevel,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lampsByStatus,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terminalsByStatus,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regionRanking,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regionDeviceRanking,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regionOnlineRanking,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regionOpenAlarmRanking,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deviceTypes,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todayAlarms,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lampCreatedRows,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recentAlarms,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recentAlarmsTotal,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] = await Promise.all([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this.prisma.streetLamp.count({ where: lampWhere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this.prisma.streetLamp.count({ where: singleLampWhere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this.prisma.streetLamp.count({ where: terminalWhere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this.prisma.streetLamp.count({ where: { ...lampWhere, onlineStatus: 'ONLINE' }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this.prisma.streetLamp.count({ where: { AND: [singleLampWhere, { onlineStatus: 'ONLINE' }] }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this.prisma.streetLamp.count({ where: { AND: [terminalWhere, { onlineStatus: 'ONLINE' }] }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this.prisma.alarm.count({ where: { ...alarmWhere, status: { in: ['OPEN', 'PROCESSING'] } }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this.prisma.alarm.count({ where: { ...alarmWhere, level: 'CRITICAL', status: { in: ['OPEN', 'PROCESSING'] } }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this.prisma.alarm.groupBy({ by: ['status'], where: alarmWhere, _count: true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this.prisma.alarm.groupBy({ by: ['level'], where: alarmWhere, _count: true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this.prisma.streetLamp.groupBy({ by: ['status'], where: singleLampWhere, _count: true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this.prisma.streetLamp.groupBy({ by: ['status'], where: terminalWhere, _count: true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this.prisma.alarm.groupBy({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by: ['regionId'],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where: alarmWhere,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_count: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orderBy: { _count: { regionId: 'desc' }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take: 8,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this.prisma.streetLamp.groupBy({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by: ['regionId'],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where: lampWhere,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_count: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orderBy: { _count: { regionId: 'desc' }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take: 8,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this.prisma.streetLamp.groupBy({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by: ['regionId'],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where: { ...lampWhere, onlineStatus: 'ONLINE'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_count: true,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this.prisma.alarm.groupBy({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by: ['regionId'],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where: { ...alarmWhere, status: { in: ['OPEN', 'PROCESSING'] } },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_count: true,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this.prisma.streetLamp.groupBy({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by: ['deviceType'],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where: lampWhere,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_count: true,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orderBy: { _count: { deviceType: 'desc' } },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this.prisma.alarm.count({ where: { ...alarmWhere, occurredAt: { gte: todayStart } } }),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this.prisma.streetLamp.findMany({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where: lampWhere,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select: { regionId: true, createdAt: true },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this.prisma.alarm.findMany({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where: alarmWhere,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include: { lamp: true, region: true },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orderBy: { occurredAt: 'desc' },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skip: (recentPage - 1) * recentPageSize,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take: recentPageSize,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this.prisma.alarm.count({ where: alarmWhere }),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]);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countOf = (item: any) =&gt;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typeof item?._count === 'number' ? item._count : Number(item?._count?._all ?? Object.values(item?._count ?? {})[0] ?? 0);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alarmCountByRegion = new Map(regionOpenAlarmRanking.map((item) =&gt; [item.regionId, countOf(item)]));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onlineCountByRegion = new Map(regionOnlineRanking.map((item) =&gt; [item.regionId, countOf(item)]));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rankedRegionIds = [...new Set([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...regionRanking.map((item) =&gt; item.regionId),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...regionDeviceRanking.map((item) =&gt; item.regionId),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...lampCreatedRows.map((item) =&gt; item.regionId),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])];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regions = await this.prisma.region.findMany({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where: rankedRegionIds.length ? { id: { in: rankedRegionIds } } : undefined,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select: { id: true, name: true, level: true, parentId: true, longitude: true, latitude: true },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allRegions = await this.prisma.region.findMany({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select: { id: true, name: true, level: true, parentId: true, longitude: true, latitude: true },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regionLookup = new Map(allRegions.map((region) =&gt; [region.id, region]));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displayRegion = (regionId: string) =&gt; regions.find((region) =&gt; region.id === regionId) ?? regionLookup.get(regionId);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cityRegionId = (regionId: string) =&gt; {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let region = regionLookup.get(regionId);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let fallback = region;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while (region?.parentId) {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if (region.level === 2) {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return region.id;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}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fallback = region;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region = regionLookup.get(region.parentId);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#94a3b8;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.lamp-detail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#e0f2fe;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.detail-name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font-size: 22px;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font-weight: 700;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.detail-code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margin-top: 6px;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#38bdf8;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dl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margin: 18px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dl div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grid;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grid-template-columns: 84px minmax(0, 1fr);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12px;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padding: 10px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border-bottom: 1px solid rgba(148, 163, 184, 0.14);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dt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#94a3b8;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dd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margin: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word-break: break-all;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.detail-alarms h3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margin: 0 0 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font-size: 16px;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:global(.lamp-marker)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30px;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height: 30px;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background-position: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background-repeat: no-repeat;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background-size: contain;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cursor: pointer;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transform: translate(-15px, -30px);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:global(.lamp-marker.is-on)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url("../../assets/images/路灯正常新.png");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:global(.lamp-marker.is-off)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url("../../assets/images/路灯关新.png");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:global(.lamp-marker.is-abnormal) {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url("../../assets/images/路灯异常新.png");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:global(.terminal-marker)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32px;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height: 32px;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background-position: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background-repeat: no-repeat;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background-size: contain;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cursor: pointer;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transform: translate(-16px, -32px);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:global(.terminal-marker.is-ok)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url("../../assets/images/终端正常.png");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:global(.terminal-marker.is-bad)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url("../../assets/images/终端异常.png");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:global(.map-cluster-marker)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flex;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align-items: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justify-content: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48px;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height: 48px;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border: 2px solid rgba(255, 255, 255, 0.88);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999px;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#fff;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linear-gradient(135deg, rgba(14, 165, 233, 0.92), rgba(124, 58, 237, 0.92));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box-shadow: 0 12px 34px rgba(14, 165, 233, 0.35);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cursor: pointer;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font-size: 15px;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font-weight: 800;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@media (max-width: 1100px)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.screen-body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grid-template-columns: 1fr;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height: auto;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&lt;/style&gt;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&lt;div class="page"&gt;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&lt;section class="page-hero"&gt;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&lt;h1&gt;地图监控&lt;/h1&gt;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&lt;p&gt;在地图上查看单灯与监控终端点位、在线状态及报警；终端使用独立图标。&lt;/p&gt;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 class="map-actions"&gt;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&lt;div class="device-filter"&gt;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&lt;button :class="{ active: deviceTypeFilter === '' }" @click="setDeviceTypeFilter('')"&gt;全部&lt;/button&gt;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&lt;button :class="{ active: deviceTypeFilter === '单灯' }" @click="setDeviceTypeFilter('单灯')"&gt;单灯&lt;/button&gt;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&lt;button :class="{ active: deviceTypeFilter === '监控终端' }" @click="setDeviceTypeFilter('监控终端')"&gt;终端&lt;/button&gt;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&lt;/div&gt;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&lt;el-tree-select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v-model="selectedRegionId"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:data="regions"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:props="{ label: 'name', children: 'children' }"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node-key="id"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check-strictly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clearable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placeholder="按区域筛选"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style="width: 240px"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@change="handleRegionChange"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/&gt;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&lt;el-button type="primary" round @click="openFullscreen"&gt;打开全屏监控&lt;/el-button&gt;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&lt;/section&gt;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&lt;el-alert v-if="mapError" :title="mapError" type="warning" show-icon :closable="false" /&gt;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&lt;el-card class="modern-card" shadow="never"&gt;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&lt;template #header&gt;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&lt;div class="toolbar"&gt;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&lt;span&gt;地图监控&lt;/span&gt;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&lt;div class="map-legend"&gt;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&lt;span&gt;&lt;i class="lamp-legend-icon is-abnormal"&gt;&lt;/i&gt;路灯异常&lt;/span&gt;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&lt;span&gt;&lt;i class="lamp-legend-icon is-on"&gt;&lt;/i&gt;开灯&lt;/span&gt;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&lt;span&gt;&lt;i class="lamp-legend-icon is-off"&gt;&lt;/i&gt;关灯&lt;/span&gt;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&lt;span class="legend-gap"&gt;&lt;i class="terminal-legend-icon is-ok"&gt;&lt;/i&gt;终端正常&lt;/span&gt;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&lt;span&gt;&lt;i class="terminal-legend-icon is-bad"&gt;&lt;/i&gt;终端异常&lt;/span&gt;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&lt;/div&gt;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&lt;/div&gt;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&lt;/template&gt;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 ref="mapEl" class="map-container"&gt;&lt;/div&gt;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&lt;/el-card&gt;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&lt;el-card class="modern-card" shadow="never"&gt;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&lt;template #header&gt;点位列表&lt;/template&gt;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&lt;el-table :data="listPoints" class="modern-table" @row-click="selectPoint"&gt;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prop="name" label="名称" min-width="160" /&gt;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prop="code" label="编号" min-width="140" /&gt;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prop="deviceType" label="类型" width="120" /&gt;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prop="regionName" label="区域" /&gt;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label="在线状态"&gt;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&lt;el-tag :type="row.onlineStatus === 'ONLINE' ? 'success' : 'info'"&gt;{{ onlineStatusText(row.onlineStatus) }}&lt;/el-tag&gt;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label="设备状态"&gt;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&lt;el-tag :type="row.activeAlarmCount &gt; 0 ? 'danger' : row.status === 'NORMAL' ? 'success' : 'warning'"&gt;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{{ lampStatusText(row.status) }}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&lt;/el-tag&gt;</w:t>
      </w:r>
    </w:p>
    <w:p>
      <w:pPr>
        <w:keepLines w:val="0"/>
        <w:widowControl w:val="0"/>
        <w:spacing w:before="0" w:after="0" w:lineRule="exact" w:line="266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prop="activeAlarmCount" label="未处理报警" width="130" /&gt;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&lt;/el-table&gt;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&lt;el-pagination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class="pagination"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layout="total, sizes, prev, pager, next"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:total="total"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:current-page="page"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:page-size="pageSize"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:page-sizes="[10, 20, 50, 100]"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@current-change="handlePageChange"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@size-change="handleSizeChange"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/&gt;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&lt;/el-card&gt;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&lt;el-drawer v-model="detailVisible" :title="detailTitle" size="420px"&gt;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&lt;el-descriptions v-if="selectedPoint" :column="1" border&gt;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&lt;el-descriptions-item label="名称"&gt;{{ selectedPoint.name }}&lt;/el-descriptions-item&gt;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&lt;el-descriptions-item label="编号"&gt;{{ selectedPoint.code }}&lt;/el-descriptions-item&gt;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&lt;el-descriptions-item label="所属区域"&gt;{{ selectedPoint.regionName }}&lt;/el-descriptions-item&gt;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&lt;el-descriptions-item label="安装地址"&gt;{{ selectedPoint.address || '-' }}&lt;/el-descriptions-item&gt;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&lt;el-descriptions-item label="设备类型"&gt;{{ selectedPoint.deviceType || '-' }}&lt;/el-descriptions-item&gt;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&lt;el-descriptions-item label="在线状态"&gt;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&lt;el-tag :type="selectedPoint.onlineStatus === 'ONLINE' ? 'success' : 'info'"&gt;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{{ onlineStatusText(selectedPoint.onlineStatus) }}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&lt;/el-tag&gt;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&lt;/el-descriptions-item&gt;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&lt;el-descriptions-item label="设备状态"&gt;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&lt;el-tag :type="selectedPoint.status === 'NORMAL' ? 'success' : 'danger'"&gt;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{{ lampStatusText(selectedPoint.status) }}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&lt;/el-tag&gt;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&lt;/el-descriptions-item&gt;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&lt;el-descriptions-item label="坐标"&gt;{{ selectedPoint.longitude }}, {{ selectedPoint.latitude }}&lt;/el-descriptions-item&gt;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&lt;el-descriptions-item label="最近上报"&gt;{{ formatTime(selectedPoint.lastReportedAt) }}&lt;/el-descriptions-item&gt;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&lt;el-descriptions-item label="未处理报警"&gt;{{ selectedPoint.activeAlarmCount }}&lt;/el-descriptions-item&gt;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&lt;/el-descriptions&gt;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&lt;el-divider&gt;当前报警&lt;/el-divider&gt;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&lt;el-timeline v-if="selectedPoint?.activeAlarms?.length"&gt;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&lt;el-timeline-item v-for="alarm in selectedPoint.activeAlarms" :key="alarm.id" :timestamp="formatTime(alarm.occurredAt)"&gt;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&lt;div class="alarm-title"&gt;{{ alarm.title }}&lt;/div&gt;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&lt;div class="alarm-meta"&gt;{{ alarm.type }} / {{ alarmLevelText(alarm.level) }} / {{ alarmStatusText(alarm.status) }}&lt;/div&gt;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&lt;/el-timeline-item&gt;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&lt;/el-timeline&gt;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&lt;el-empty v-else description="暂无未处理报警" /&gt;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&lt;/el-drawer&gt;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&lt;/div&gt;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>&lt;/template&gt;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>&lt;script setup lang="ts"&gt;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computed, onMounted, ref } from 'vue';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mapApi, regionApi } from '../../api/modules';</w:t>
      </w:r>
    </w:p>
    <w:p>
      <w:pPr>
        <w:keepLines w:val="0"/>
        <w:widowControl w:val="0"/>
        <w:spacing w:before="0" w:after="0" w:lineRule="exact" w:line="261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BEIJING_CENTER, getBrowserCoordinates, getMapConfig, loadAmap } from '../../utils/amap';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alarmLevelText, alarmStatusText, lampStatusText, onlineStatusText } from '../../utils/labels';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mapEl = ref&lt;HTMLDivElement&gt;();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points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listPoints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regions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selectedRegionId = ref('');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deviceTypeFilter = ref&lt;'单灯' | '监控终端' | ''&gt;('');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page = ref(1);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pageSize = ref(20);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total = ref(0);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mapError = ref('');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mapConfig = getMapConfig();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selectedPoint = ref&lt;any&gt;();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detailVisible = ref(false);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mapInstance = ref&lt;any&gt;();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markerOverlays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normalMarkerZoom = 12;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detailTitle = computed(() =&gt;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selectedPoint.value?.deviceType === '监控终端' ? '监控终端详情' : '路灯详情',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isMonitoringTerminal(point: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point?.deviceType === '监控终端';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openFullscreen()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params = new URLSearchParams();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(selectedRegionId.value)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params.set('regionId', selectedRegionId.value);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(deviceTypeFilter.value)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params.set('deviceType', deviceTypeFilter.value);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query = params.toString() ? `?${params.toString()}` : '';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window.open(`/map/fullscreen${query}`, '_blank');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formatTime(value?: string)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value ? new Date(value).toLocaleString() : '-';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selectPoint(point: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selectedPoint.value = point;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detailVisible.value = true;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mapInstance.value?.setZoomAndCenter(15, [point.longitude, point.latitude]);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lampState(point: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(point.activeAlarmCount &gt; 0 || ['FAULT', 'MAINTENANCE'].includes(point.status))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'abnormal';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point.isPowerOn === false || point.status === 'OFFLINE' || point.onlineStatus === 'OFFLINE' ? 'off' : 'on';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terminalMarkerState(point: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point.activeAlarmCount &gt; 0 ||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['FAULT', 'MAINTENANCE', 'OFFLINE'].includes(point.status) ||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point.onlineStatus === 'OFFLINE'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'bad';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'ok';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markerHtml(point: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(isMonitoringTerminal(point))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`&lt;div class="terminal-marker is-${terminalMarkerState(point)}"&gt;&lt;/div&gt;`;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`&lt;div class="lamp-marker is-${lampState(point)}"&gt;&lt;/div&gt;`;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clusterGridSize(zoom: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(zoom &gt;= 10)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0.05;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(zoom &gt;= 8)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0.15;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(zoom &gt;= 6)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0.5;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1.5;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clearMarkerOverlays()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(mapInstance.value &amp;&amp; markerOverlays.value.length)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mapInstance.value.remove(markerOverlays.value);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markerOverlays.value = 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groupedPoints(zoom: number, sourcePoints = points.value)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gridSize = clusterGridSize(zoom);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groups = new Map&lt;string, { count: number; longitude: number; latitude: number }&gt;();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sourcePoints.forEach((point)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lng = Number(point.longitude);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lat = Number(point.latitude);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(!Number.isFinite(lng) || !Number.isFinite(lat))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key = `${Math.floor(lng / gridSize)}:${Math.floor(lat / gridSize)}`;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existing = groups.get(key);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if (existing)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existing.count +=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existing.longitude += lng;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existing.latitude += lat;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groups.set(key, { count: 1, longitude: lng, latitude: lat });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[...groups.values()].map((group) =&gt; 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count: group.count,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longitude: group.longitude / group.count,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latitude: group.latitude / group.count,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clusterHtml(count: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`&lt;div class="map-cluster-marker"&gt;${count}&lt;/div&gt;`;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lngLatValue(value: any, key: 'lng' | 'lat')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getter = key === 'lng' ? 'getLng' : 'getLat';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typeof value?.[getter] === 'function' ? Number(value[getter]()) : Number(value?.[key]);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visiblePoints()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bounds = mapInstance.value?.getBounds?.();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southWest = bounds?.getSouthWest?.();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northEast = bounds?.getNorthEast?.();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(!southWest || !northEast)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points.value;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minLng = lngLatValue(southWest, 'lng');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maxLng = lngLatValue(northEast, 'lng');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minLat = lngLatValue(southWest, 'lat');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maxLat = lngLatValue(northEast, 'lat');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(![minLng, maxLng, minLat, maxLat].every(Number.isFinite))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points.value;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points.value.filter((point)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lng = Number(point.longitude);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lat = Number(point.latitude);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lng &gt;= minLng &amp;&amp; lng &lt;= maxLng &amp;&amp; lat &gt;= minLat &amp;&amp; lat &lt;= maxLat;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renderMarkers(AMap: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(!mapInstance.value)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clearMarkerOverlays();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zoom = mapInstance.value.getZoom?.() ?? mapConfig.zoom;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visible = visiblePoints();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(zoom &lt; normalMarkerZoom || visible.length &gt; 1000)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markerOverlays.value = groupedPoints(zoom, visible).map((group)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const marker = new AMap.Marker({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position: [group.longitude, group.latitude],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content: clusterHtml(group.count),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offset: new AMap.Pixel(-24, -24),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marker.on('click', ()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mapInstance.value?.setZoomAndCenter(Math.min(Math.max(zoom + 2, normalMarkerZoom), 18), [group.longitude, group.latitude]);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marker.setMap(mapInstance.value);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return marker;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markerOverlays.value = visible.map((point)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marker = new AMap.Marker({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position: [point.longitude, point.latitude],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title: point.name,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content: markerHtml(point),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marker.on('click', () =&gt; selectPoint(point));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marker.setMap(mapInstance.value);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 marker;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loadPoints()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points.value = (await mapApi.points({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regionId: selectedRegionId.value,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deviceType: deviceTypeFilter.value,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all: 1,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})) as any[];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await loadList();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AMap = await loadAmap();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renderMarkers(AMap);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 catch (error)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mapError.value = error instanceof Error ? error.message : '地图加载失败';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handleRegionChange()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loadPoints();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setDeviceTypeFilter(value: '单灯' | '监控终端' | '')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deviceTypeFilter.value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selectedPoint.value = undefined;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detailVisible.value = false;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loadPoints();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loadList()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result = await mapApi.points({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regionId: selectedRegionId.value,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deviceType: deviceTypeFilter.value,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page: page.value,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pageSize: pageSize.value,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listPoints.value = result.items ?? [];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total.value = result.total ??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handlePageChange(value: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loadList();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handleSizeChange(value: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pageSize.value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loadList();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onMounted(async ()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regions.value = (await regionApi.tree()) as any[];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points.value = (await mapApi.points({ deviceType: deviceTypeFilter.value, all: 1 })) as any[];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await loadList();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AMap = await loadAmap();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let center = mapConfig.center;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try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center = await getBrowserCoordinates();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 catch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center = BEIJING_CENTER;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mapError.value = '浏览器定位失败，已使用北京作为默认中心';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mapInstance.value = new AMap.Map(mapEl.value,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zoom: mapConfig.zoom,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center,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mapInstance.value.on('zoomend', () =&gt; renderMarkers(AMap));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mapInstance.value.on('moveend', () =&gt; renderMarkers(AMap));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renderMarkers(AMap);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 catch (error)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mapError.value = error instanceof Error ? error.message : '地图加载失败';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&lt;/script&gt;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&lt;style scoped&gt;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.map-container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height: 520px;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linear-gradient(135deg, #eff6ff, #e0f2fe);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.pagination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margin-top: 16px;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justify-content: flex-end;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.map-actions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flex;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10px;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align-items: center;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.device-filter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inline-flex;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padding: 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border: 1px solid rgba(37, 99, 235, 0.12);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999px;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rgba(248, 250, 252, 0.92);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box-shadow: inset 0 1px 0 rgba(255, 255, 255, 0.82);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.device-filter button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min-width: 54px;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padding: 7px 13px;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border: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999px;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#64748b;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transparent;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cursor: pointer;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font-weight: 700;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transition: all 0.18s ease;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.device-filter button:hover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#1d4ed8;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rgba(37, 99, 235, 0.08);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.device-filter button.active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#fff;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linear-gradient(135deg, #2563eb, #0ea5e9);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box-shadow: 0 8px 18px rgba(37, 99, 235, 0.24);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.map-legend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flex;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12px;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align-items: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#64748b;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font-size: 13px;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.lamp-legend-icon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inline-block;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18px;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height: 18px;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margin-right: 5px;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background-position: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background-repeat: no-repeat;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background-size: contain;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vertical-align: middle;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:global(.lamp-marker)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30px;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height: 30px;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background-position: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background-repeat: no-repeat;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background-size: contain;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cursor: pointer;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transform: translate(-15px, -30px);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.lamp-legend-icon.is-on,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:global(.lamp-marker.is-on)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url("../../assets/images/路灯正常新.png");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.lamp-legend-icon.is-off,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:global(.lamp-marker.is-off)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url("../../assets/images/路灯关新.png");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.lamp-legend-icon.is-abnormal,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:global(.lamp-marker.is-abnormal)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url("../../assets/images/路灯异常新.png");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.legend-gap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margin-left: 10px;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padding-left: 12px;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border-left: 1px solid #e2e8f0;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.terminal-legend-icon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inline-block;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18px;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height: 18px;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margin-right: 5px;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background-position: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background-repeat: no-repeat;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background-size: contain;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vertical-align: middle;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.terminal-legend-icon.is-ok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url("../../assets/images/终端正常.png");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.terminal-legend-icon.is-bad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url("../../assets/images/终端异常.png");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:global(.terminal-marker)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32px;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height: 32px;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background-position: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background-repeat: no-repeat;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background-size: contain;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cursor: pointer;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transform: translate(-16px, -32px);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:global(.terminal-marker.is-ok)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url("../../assets/images/终端正常.png");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:global(.terminal-marker.is-bad)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background-image: url("../../assets/images/终端异常.png");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:global(.map-cluster-marker)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flex;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align-items: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justify-content: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48px;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height: 48px;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border: 2px solid rgba(255, 255, 255, 0.9);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999px;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#fff;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linear-gradient(135deg, rgba(37, 99, 235, 0.92), rgba(14, 165, 233, 0.92));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box-shadow: 0 10px 30px rgba(37, 99, 235, 0.35);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cursor: pointer;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font-size: 15px;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font-weight: 800;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.alarm-title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font-weight: 600;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.alarm-meta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margin-top: 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#6b7280;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font-size: 13px;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&lt;/style&gt;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&lt;div class="page sync-page"&gt;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&lt;section class="page-hero sync-hero"&gt;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&lt;h1&gt;同步管理&lt;/h1&gt;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&lt;p&gt;按平台选择同步资产或近期开启报警同步。高邮支持资产同步，汉源支持资产与报警同步。&lt;/p&gt;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 class="sync-summary"&gt;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&lt;span&gt;已选平台 {{ selectedBaseUrls.length }}&lt;/span&gt;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&lt;span&gt;报警近 {{ faultDays }} 天&lt;/span&gt;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&lt;/section&gt;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&lt;el-card class="modern-card" shadow="never"&gt;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&lt;template #header&gt;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&lt;div class="section-title"&gt;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&lt;span&gt;选择平台&lt;/span&gt;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&lt;small&gt;平台地址&lt;/small&gt;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 class="platform-grid"&gt;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&lt;button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v-for="platform in platforms"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:key="platform.baseUrl"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class="platform-card"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:class="{ active: selectedBaseUrls.includes(platform.baseUrl) }"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@click="togglePlatform(platform.baseUrl)"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&lt;span class="platform-badge"&gt;{{ platform.shortName }}&lt;/span&gt;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&lt;strong&gt;{{ platform.name }}&lt;/strong&gt;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&lt;small&gt;{{ platform.baseUrl }}&lt;/small&gt;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&lt;em&gt;{{ platform.alarmSupported ? '支持报警同步' : '仅资产同步' }}&lt;/em&gt;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&lt;/button&gt;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&lt;/el-card&gt;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&lt;el-card class="modern-card" shadow="never"&gt;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&lt;template #header&gt;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&lt;div class="section-title"&gt;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&lt;span&gt;同步内容&lt;/span&gt;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&lt;small&gt;资产 / 报警&lt;/small&gt;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 class="sync-options"&gt;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&lt;label class="sync-option" :class="{ active: syncAssets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&lt;input v-model="syncAssets" type="checkbox"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&lt;span class="option-icon asset"&gt;&lt;/span&gt;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&lt;strong&gt;资产同步&lt;/strong&gt;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&lt;small&gt;同步单灯与监控终端&lt;/small&gt;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&lt;/label&gt;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&lt;label class="sync-option" :class="{ active: syncFaults, disabled: !hasAlarmPlatform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&lt;input v-model="syncFaults" type="checkbox" :disabled="!hasAlarmPlatform"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&lt;span class="option-icon alarm"&gt;&lt;/span&gt;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&lt;strong&gt;报警同步&lt;/strong&gt;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&lt;small&gt;仅汉源平台，按故障时间筛选&lt;/small&gt;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&lt;/label&gt;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&lt;div class="days-box"&gt;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&lt;span&gt;报警时间范围&lt;/span&gt;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&lt;el-input-number v-model="faultDays" :min="1" :max="30" :disabled="!syncFaults"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&lt;small&gt;同步最近 N 天故障&lt;/small&gt;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 class="sync-actions"&gt;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&lt;el-button type="primary" size="large" :loading="syncing" round @click="runSync"&gt;执行同步&lt;/el-button&gt;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&lt;/el-card&gt;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&lt;el-card v-if="lastResult" class="modern-card" shadow="never"&gt;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&lt;template #header&gt;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&lt;div class="section-title"&gt;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&lt;span&gt;同步结果&lt;/span&gt;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&lt;small&gt;按平台统计&lt;/small&gt;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&lt;el-table :data="lastResult.targets ?? []" class="modern-table"&gt;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label="平台" min-width="120"&gt;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}"&gt;{{ platformName(row.baseUrl) }}&lt;/template&gt;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prop="baseUrl" label="地址" min-width="190"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label="单灯"&gt;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}"&gt;{{ statText(row.ilc) }}&lt;/template&gt;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label="终端"&gt;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}"&gt;{{ statText(row.rtu) }}&lt;/template&gt;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label="报警"&gt;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&lt;span v-if="row.faults"&gt;近{{ row.faults.days }}天 {{ row.faults.total }} 条&lt;/span&gt;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&lt;span v-else&gt;-&lt;/span&gt;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label="状态" width="160"&gt;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&lt;el-tag :type="row.error ? 'danger' : 'success'"&gt;{{ row.error ? '失败' : '成功' }}&lt;/el-tag&gt;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&lt;/el-table&gt;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&lt;/el-card&gt;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&lt;script setup lang="ts"&gt;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ElMessage } from 'element-plus';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computed, ref, watch } from 'vue';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lampApi } from '../../api/modules';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platforms = 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{ name: '高邮智慧照明', shortName: '高邮', baseUrl: 'http://36.139.220.121:8090', alarmSupported: false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{ name: '汉源智慧照明', shortName: '汉源', baseUrl: 'http://171.208.94.46:7070', alarmSupported: true },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] as const;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selectedBaseUrls = ref&lt;string[]&gt;(platforms.map((item) =&gt; item.baseUrl));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syncAssets = ref(true);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syncFaults = ref(false);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faultDays = ref(7);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syncing = ref(false);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lastResult = ref&lt;any&gt;();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hasAlarmPlatform = computed(() =&gt;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platforms.some((platform) =&gt; platform.alarmSupported &amp;&amp; selectedBaseUrls.value.includes(platform.baseUrl)),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watch(hasAlarmPlatform, (value)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(!value)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syncFaults.value = false;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togglePlatform(baseUrl: string)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selectedBaseUrls.value = selectedBaseUrls.value.includes(baseUrl)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? selectedBaseUrls.value.filter((item) =&gt; item !== baseUrl)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: [...selectedBaseUrls.value, baseUrl];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platformName(baseUrl: string)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platforms.find((platform) =&gt; platform.baseUrl === baseUrl)?.shortName ?? baseUrl;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statText(stat?: any)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stat ? `新增 ${stat.created} / 更新 ${stat.updated}` : '-';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runSync()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(!selectedBaseUrls.value.length)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ElMessage.warning('请至少选择一个平台');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(!syncAssets.value &amp;&amp; !syncFaults.value)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ElMessage.warning('请至少选择资产同步或报警同步');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return;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syncing.value = true;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try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lastResult.value = await lampApi.syncPlatform({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baseUrls: selectedBaseUrls.value,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syncAssets: syncAssets.value,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syncFaults: syncFaults.value,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faultDays: faultDays.value,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faultTotal = (lastResult.value.targets ?? []).reduce((sum: number, target: any) =&gt; sum + Number(target.faults?.total ?? 0), 0);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ElMessage.success(`同步完成：平台 ${lastResult.value.baseUrlCount} 个${faultTotal ? `，报警 ${faultTotal} 条` : ''}`);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 finally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syncing.value = false;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&lt;/script&gt;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&lt;style scoped&gt;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.sync-page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20px;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.sync-hero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radial-gradient(circle at 86% 12%, rgba(34, 211, 238, 0.28), transparent 30%),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radial-gradient(circle at 16% 78%, rgba(37, 99, 235, 0.2), transparent 34%),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linear-gradient(180deg, rgba(8, 47, 98, 0.92), rgba(3, 24, 55, 0.9));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.sync-summary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flex;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10px;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.sync-summary span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padding: 10px 14px;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border: 1px solid rgba(80, 183, 255, 0.32);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6px;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#dff4ff;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rgba(9, 50, 103, 0.82);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box-shadow: inset 0 0 16px rgba(37, 154, 255, 0.14);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font-weight: 700;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.section-title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flex;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flex-direction: column;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font-weight: 700;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.section-title small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#94a3b8;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font-size: 12px;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.platform-grid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grid;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grid-template-columns: repeat(2, minmax(0, 1fr));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16px;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.platform-card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grid;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padding: 18px;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border: 1px solid #e2e8f0;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22px;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text-align: left;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linear-gradient(135deg, #fff, #f8fafc);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cursor: pointer;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transition: all 0.18s ease;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.platform-card.active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border-color: #38bdf8;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box-shadow: 0 18px 45px rgba(14, 165, 233, 0.16);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transform: translateY(-2px);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.platform-card small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#64748b;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.platform-card em,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.platform-badge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fit-content;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padding: 5px 10px;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999px;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#075985;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#e0f2fe;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font-style: normal;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font-size: 12px;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font-weight: 700;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.sync-options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grid;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grid-template-columns: repeat(3, minmax(0, 1fr));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16px;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.sync-option,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.days-box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grid;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padding: 18px;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border: 1px solid #e2e8f0;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22px;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#fff;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.sync-option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cursor: pointer;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.sync-option input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none;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.sync-option.active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border-color: #2563eb;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#eff6ff;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.sync-option.disabled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opacity: 0.52;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cursor: not-allowed;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.sync-option small,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.days-box small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#64748b;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.option-icon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34px;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height: 34px;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12px;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.option-icon.asset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linear-gradient(135deg, #2563eb, #22d3ee);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.option-icon.alarm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linear-gradient(135deg, #f97316, #ef4444);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.sync-actions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flex;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justify-content: flex-end;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margin-top: 18px;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&lt;/style&gt;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&lt;template&gt;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&lt;div class="page"&gt;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&lt;section class="page-hero"&gt;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&lt;h1&gt;区域管理&lt;/h1&gt;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&lt;p&gt;区域是路灯、报警、地图和角色数据权限的基础维度。&lt;/p&gt;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&lt;el-tag type="primary" effect="light"&gt;区域树&lt;/el-tag&gt;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&lt;/section&gt;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&lt;div class="usage-grid"&gt;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&lt;el-card class="usage-card" shadow="never"&gt;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&lt;strong&gt;1. 绑定路灯资产&lt;/strong&gt;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&lt;span&gt;每盏路灯归属到一个区县，地图点位、资产列表和报警都继承这个区域。&lt;/span&gt;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&lt;/el-card&gt;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&lt;el-card class="usage-card" shadow="never"&gt;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&lt;strong&gt;2. 控制角色数据范围&lt;/strong&gt;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&lt;span&gt;在角色权限页勾选区域后，该角色只能查看对应区域及下级区域的数据。&lt;/span&gt;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&lt;/el-card&gt;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&lt;el-card class="usage-card" shadow="never"&gt;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&lt;strong&gt;3. 支撑地图筛选和统计&lt;/strong&gt;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&lt;span&gt;看板区域排行、地图聚合、报警统计都会按区域树汇总。&lt;/span&gt;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&lt;/el-card&gt;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&lt;el-card class="modern-card" shadow="never"&gt;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&lt;template #header&gt;行政区域树&lt;/template&gt;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&lt;el-tree :data="regions" node-key="id" default-expand-all :props="{ label: 'name', children: 'children'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&lt;template #default="{ data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&lt;span class="tree-node"&gt;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&lt;strong&gt;{{ data.name }}&lt;/strong&gt;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&lt;small class="muted"&gt;ID: {{ data.id }} / code: {{ data.code }}&lt;/small&gt;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&lt;/el-tree&gt;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&lt;/el-card&gt;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&lt;script setup lang="ts"&gt;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onMounted, ref } from 'vue';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regionApi } from '../../api/modules';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regions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onMounted(async ()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regions.value = (await regionApi.tree()) as any[];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&lt;/script&gt;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&lt;style scoped&gt;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.muted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margin-left: 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#9ca3af;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.tree-node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inline-flex;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align-items: center;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.usage-grid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grid;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grid-template-columns: repeat(3, minmax(0, 1fr));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14px;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.usage-card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border: 1px solid rgba(148, 163, 184, 0.16);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18px;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.usage-card strong,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.usage-card span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block;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.usage-card strong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#0f172a;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.usage-card span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margin-top: 8px;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#64748b;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line-height: 1.7;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@media (max-width: 960px)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.usage-grid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grid-template-columns: 1fr;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&lt;/style&gt;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&lt;div class="page"&gt;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&lt;section class="page-hero"&gt;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&lt;h1&gt;角色权限&lt;/h1&gt;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&lt;p&gt;通过角色聚合菜单、按钮/API 权限和区域数据范围。&lt;/p&gt;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&lt;el-tag type="primary" effect="light"&gt;角色 {{ total }}&lt;/el-tag&gt;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&lt;/section&gt;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&lt;div class="toolbar"&gt;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&lt;span&gt;&lt;/span&gt;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&lt;el-button type="primary" round @click="openCreate"&gt;新增角色&lt;/el-button&gt;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&lt;el-card class="modern-card" shadow="never"&gt;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&lt;el-table :data="roles" class="modern-table"&gt;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prop="name" label="角色名称"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prop="code" label="角色编码"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prop="description" label="说明"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label="权限" min-width="220"&gt;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&lt;el-tag v-for="item in row.permissions" :key="item.permissionId" class="permission-tag"&gt;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{{ item.permission.name }}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&lt;/el-tag&gt;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label="区域数据权限" min-width="220"&gt;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&lt;el-tag v-for="item in row.regionScopes" :key="item.regionId" type="success" class="permission-tag"&gt;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{{ item.region.name }}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&lt;/el-tag&gt;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label="操作" width="120"&gt;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&lt;el-button link type="primary" @click="openEdit(row)"&gt;编辑&lt;/el-button&gt;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&lt;/el-table&gt;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&lt;el-pagination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class="pagination"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layout="total, sizes, prev, pager, next"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:total="total"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:current-page="page"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:page-size="pageSize"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:page-sizes="[10, 20, 50, 100]"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@current-change="handlePageChange"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@size-change="handleSizeChange"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&lt;/el-card&gt;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&lt;el-dialog v-model="dialogVisible" :title="form.id ? '编辑角色' : '新增角色'" width="720px"&gt;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&lt;el-form :model="form" label-width="90px"&gt;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label="名称"&gt;&lt;el-input v-model="form.name" /&gt;&lt;/el-form-item&gt;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label="编码"&gt;&lt;el-input v-model="form.code" /&gt;&lt;/el-form-item&gt;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label="说明"&gt;&lt;el-input v-model="form.description" /&gt;&lt;/el-form-item&gt;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label="功能权限"&gt;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&lt;el-checkbox-group v-model="selectedPermissionIds" class="permission-options"&gt;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&lt;el-checkbox v-for="permission in permissions" :key="permission.id" :label="permission.id"&gt;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{{ permission.name }}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&lt;/el-checkbox&gt;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&lt;/el-checkbox-group&gt;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&lt;/el-form-item&gt;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label="区域权限"&gt;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&lt;div class="region-scope-box"&gt;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&lt;div class="scope-help"&gt;勾选全国/省/市/区县后，该角色只能查看对应区域及其下级区域的路灯和报警数据。&lt;/div&gt;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&lt;el-tree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ref="regionTreeRef"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:data="regions"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node-key="id"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show-checkbox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default-expand-all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check-strictly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:props="{ label: 'name', children: 'children' }"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&lt;/el-form-item&gt;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&lt;/el-form&gt;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&lt;template #footer&gt;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&lt;el-button @click="dialogVisible = false"&gt;取消&lt;/el-button&gt;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&lt;el-button type="primary" @click="save"&gt;保存&lt;/el-button&gt;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&lt;/el-dialog&gt;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&lt;script setup lang="ts"&gt;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nextTick, onMounted, reactive, ref } from 'vue';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regionApi, systemApi } from '../../api/modules';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roles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permissions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regions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dialogVisible = ref(false);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selectedPermissionIds = ref&lt;string[]&gt;([]);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regionTreeRef = ref&lt;any&gt;();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page = ref(1);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pageSize = ref(20);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total = ref(0);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form = reactive&lt;{ id?: string; name: string; code: string; description: string }&gt;({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id: undefined,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name: '',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code: '',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description: '',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load()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[roleData, permissionData, regionData] = await Promise.all([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systemApi.roles({ page: page.value, pageSize: pageSize.value }),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systemApi.permissions(),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regionApi.tree(),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roles.value = roleData.items ?? 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total.value = roleData.total ??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permissions.value = permissionData as any[];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regions.value = regionData as any[];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handlePageChange(value: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handleSizeChange(value: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pageSize.value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resetForm()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form.id = undefined;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form.name = '';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form.code = '';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form.description = '';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selectedPermissionIds.value = 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regionTreeRef.value?.setCheckedKeys([]);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openCreate()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resetForm();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dialogVisible.value = true;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openEdit(row: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form.id = row.id;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form.name = row.name;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form.code = row.code;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form.description = row.description ?? '';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selectedPermissionIds.value = row.permissions?.map((item: any) =&gt; item.permissionId) ?? 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dialogVisible.value = true;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nextTick(()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regionTreeRef.value?.setCheckedKeys(row.regionScopes?.map((item: any) =&gt; item.regionId) ?? 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save()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const payload =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...form,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permissionIds: selectedPermissionIds.value,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regionIds: regionTreeRef.value?.getCheckedKeys() ?? [],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if (form.id)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systemApi.updateRole(form.id, payload);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 else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systemApi.createRole(payload);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dialogVisible.value = false;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resetForm();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await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onMounted(load);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&lt;/script&gt;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&lt;style scoped&gt;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.permission-tag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margin: 2px 4px 2px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.pagination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margin-top: 16px;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justify-content: flex-end;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.permission-options {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grid;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grid-template-columns: repeat(2, minmax(0, 1fr));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4px 12px;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.region-scope-box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width: 100%;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padding: 12px;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border: 1px solid #e5e7eb;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14px;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#f8fafc;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.scope-help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margin-bottom: 10px;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#64748b;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font-size: 13px;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line-height: 1.6;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&lt;/style&gt;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&lt;div class="page"&gt;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&lt;section class="page-hero"&gt;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&lt;h1&gt;租户管理&lt;/h1&gt;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&lt;p&gt;平台超级管理员用于开通租户，并同步创建该租户的管理员账号。&lt;/p&gt;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&lt;el-button type="primary" round @click="dialogVisible = true"&gt;新增租户&lt;/el-button&gt;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&lt;/section&gt;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&lt;div class="toolbar"&gt;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&lt;el-input v-model="keyword" placeholder="搜索租户名称/编码" style="width: 280px" clearable @change="handleFilterChange"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&lt;el-card class="modern-card" shadow="never"&gt;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&lt;el-table :data="tenants" v-loading="loading" class="modern-table"&gt;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prop="name" label="租户名称"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prop="code" label="租户编码"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label="管理员账号"&gt;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}"&gt;{{ row.users?.[0]?.username ?? '-' }}&lt;/template&gt;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label="状态"&gt;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&lt;el-switch v-model="row.enabled" @change="toggleTenant(row)"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label="创建时间" min-width="180"&gt;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}"&gt;{{ formatTime(row.createdAt) }}&lt;/template&gt;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&lt;/el-table&gt;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&lt;el-pagination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class="pagination"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layout="total, sizes, prev, pager, next"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:total="total"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:current-page="page"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:page-size="pageSize"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:page-sizes="[10, 20, 50, 100]"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@current-change="handlePageChange"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@size-change="handleSizeChange"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/&gt;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&lt;/el-card&gt;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&lt;el-dialog v-model="dialogVisible" title="新增租户" width="560px"&gt;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&lt;el-form :model="form" label-width="110px"&gt;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label="租户名称"&gt;&lt;el-input v-model="form.name" placeholder="例如：高邮市照明中心" /&gt;&lt;/el-form-item&gt;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label="租户编码"&gt;&lt;el-input v-model="form.code" placeholder="例如：gaoyou" /&gt;&lt;/el-form-item&gt;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&lt;el-divider&gt;租户管理员&lt;/el-divider&gt;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label="管理员账号"&gt;&lt;el-input v-model="form.adminUsername" placeholder="默认 admin" /&gt;&lt;/el-form-item&gt;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label="管理员姓名"&gt;&lt;el-input v-model="form.adminName" placeholder="默认 租户管理员" /&gt;&lt;/el-form-item&gt;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label="初始密码"&gt;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&lt;el-input v-model="form.adminPassword" type="password" show-password placeholder="至少 6 位" /&gt;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&lt;/el-form-item&gt;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&lt;/el-form&gt;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&lt;template #footer&gt;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&lt;el-button @click="dialogVisible = false"&gt;取消&lt;/el-button&gt;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&lt;el-button type="primary" :loading="saving" @click="create"&gt;保存&lt;/el-button&gt;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&lt;/template&gt;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&lt;/el-dialog&gt;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&lt;/div&gt;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&lt;/template&gt;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&lt;script setup lang="ts"&gt;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ElMessage } from 'element-plus';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onMounted, reactive, ref } from 'vue';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systemApi } from '../../api/modules';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const tenants = ref&lt;any[]&gt;([]);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const keyword = ref('');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const loading = ref(false);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const saving = ref(false);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const dialogVisible = ref(false);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const page = ref(1);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const pageSize = ref(20);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const total = ref(0);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const form = reactive({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name: '',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code: '',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adminUsername: 'admin',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adminName: '租户管理员',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adminPassword: 'admin123456',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});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formatTime(value: string)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value ? new Date(value).toLocaleString() : '-';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load() {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loading.value = true;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try {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result = await systemApi.tenants({ keyword: keyword.value, page: page.value, pageSize: pageSize.value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tenants.value = result.items ?? 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total.value = result.total ??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 finally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loading.value = false;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resetForm()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form.name = '';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form.code = '';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form.adminUsername = 'admin';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form.adminName = '租户管理员';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form.adminPassword = 'admin123456';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create()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saving.value = true;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systemApi.createTenant({ ...form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ElMessage.success('租户创建成功');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dialogVisible.value = false;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resetForm();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await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 finally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saving.value = false;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toggleTenant(row: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await systemApi.updateTenant(row.id, { enabled: row.enabled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ElMessage.success(row.enabled ? '租户已启用' : '租户已停用');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handleFilterChange()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handlePageChange(value: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handleSizeChange(value: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pageSize.value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onMounted(load);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&lt;/script&gt;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&lt;style scoped&gt;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.pagination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margin-top: 16px;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justify-content: flex-end;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&lt;/style&gt;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>&lt;template&gt;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&lt;div class="page"&gt;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&lt;section class="page-hero"&gt;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&lt;h1&gt;用户管理&lt;/h1&gt;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&lt;p&gt;维护租户下的用户、角色和区域数据权限范围。&lt;/p&gt;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&lt;el-tag type="primary" effect="light"&gt;用户 {{ users.length }}&lt;/el-tag&gt;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&lt;/section&gt;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&lt;div class="toolbar"&gt;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&lt;el-input v-model="keyword" placeholder="搜索用户" style="width: 280px" clearable @change="handleFilterChange" /&gt;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&lt;el-button type="primary" round @click="dialogVisible = true"&gt;新增用户&lt;/el-button&gt;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&lt;/div&gt;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&lt;el-card class="modern-card" shadow="never"&gt;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&lt;el-table :data="users" v-loading="loading" class="modern-table"&gt;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prop="username" label="账号" /&gt;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prop="name" label="姓名" /&gt;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prop="phone" label="手机号" /&gt;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label="状态"&gt;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&lt;el-tag :type="row.status === 'ACTIVE' ? 'success' : 'info'"&gt;{{ userStatusText(row.status) }}&lt;/el-tag&gt;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label="角色"&gt;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}"&gt;{{ roleNames(row) }}&lt;/template&gt;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&lt;/el-table&gt;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&lt;el-pagination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class="pagination"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layout="total, sizes, prev, pager, next"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:total="total"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:current-page="page"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:page-size="pageSize"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:page-sizes="[10, 20, 50, 100]"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@current-change="handlePageChange"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@size-change="handleSizeChange"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/&gt;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&lt;/el-card&gt;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&lt;el-dialog v-model="dialogVisible" title="新增用户" width="520px"&gt;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&lt;el-form :model="form" label-width="90px"&gt;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label="账号"&gt;&lt;el-input v-model="form.username" /&gt;&lt;/el-form-item&gt;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label="姓名"&gt;&lt;el-input v-model="form.name" /&gt;&lt;/el-form-item&gt;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label="密码"&gt;&lt;el-input v-model="form.password" /&gt;&lt;/el-form-item&gt;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label="角色ID"&gt;&lt;el-input v-model="roleIdsText" placeholder="多个用逗号分隔" /&gt;&lt;/el-form-item&gt;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&lt;el-form-item label="区域ID"&gt;&lt;el-input v-model="regionIdsText" placeholder="多个用逗号分隔" /&gt;&lt;/el-form-item&gt;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&lt;/el-form&gt;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&lt;template #footer&gt;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&lt;el-button @click="dialogVisible = false"&gt;取消&lt;/el-button&gt;</w:t>
      </w:r>
    </w:p>
    <w:p>
      <w:pPr>
        <w:keepLines w:val="0"/>
        <w:widowControl w:val="0"/>
        <w:spacing w:before="0" w:after="0" w:lineRule="exact" w:line="271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&lt;el-button type="primary" @click="create"&gt;保存&lt;/el-button&gt;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&lt;/el-dialog&gt;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&lt;script setup lang="ts"&gt;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onMounted, reactive, ref } from 'vue';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systemApi } from '../../api/modules';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userStatusText } from '../../utils/labels';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users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keyword = ref('');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loading = ref(false);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dialogVisible = ref(false);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roleIdsText = ref('');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regionIdsText = ref('');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form = reactive({ username: '', name: '', password: ''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page = ref(1);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pageSize = ref(20);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total = ref(0);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roleNames(row: any)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return row.roles?.map((item: any) =&gt; item.role.name).join('、') || '-';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load()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loading.value = true;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result = await systemApi.users({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keyword: keyword.value,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page: page.value,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pageSize: pageSize.value,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users.value = result.items ?? 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total.value = result.total ??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 finally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loading.value = false;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handleFilterChange()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handlePageChange(value: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handleSizeChange(value: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pageSize.value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create()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await systemApi.createUser({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...form,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roleIds: roleIdsText.value.split(',').map((item) =&gt; item.trim()).filter(Boolean),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regionIds: regionIdsText.value.split(',').map((item) =&gt; item.trim()).filter(Boolean),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dialogVisible.value = false;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await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onMounted(load);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&lt;/script&gt;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&lt;style scoped&gt;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.pagination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margin-top: 16px;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justify-content: flex-end;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&lt;/style&gt;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&lt;div class="page"&gt;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&lt;section class="page-hero"&gt;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&lt;h1&gt;监控终端&lt;/h1&gt;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&lt;p&gt;展示从智慧照明平台同步的 RTU 监控终端，与单灯数据同源；执行同步会同时更新单灯与终端。&lt;/p&gt;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 class="asset-stats"&gt;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&lt;span&gt;终端总数 {{ total }}&lt;/span&gt;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&lt;span&gt;在线 {{ onlineTotal }}&lt;/span&gt;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&lt;span&gt;异常 {{ abnormalTotal }}&lt;/span&gt;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&lt;/section&gt;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&lt;div class="toolbar"&gt;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&lt;div class="filter-group"&gt;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&lt;el-input v-model="keyword" placeholder="搜索编号/名称" style="width: 240px" clearable @change="handleFilterChange"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&lt;el-tree-select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v-model="selectedRegionId"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:data="regions"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:props="{ label: 'name', children: 'children' }"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node-key="id"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check-strictly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clearable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placeholder="按区域筛选"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style="width: 240px"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@change="handleFilterChange"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&lt;el-card class="modern-card" shadow="never"&gt;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&lt;el-table :data="rows" v-loading="loading" class="modern-table"&gt;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prop="code" label="编号" min-width="160"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prop="name" label="终端名称" min-width="160"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prop="region.name" label="区域"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prop="deviceType" label="类型" width="110" /&gt;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label="在线状态"&gt;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&lt;el-tag :type="row.onlineStatus === 'ONLINE' ? 'success' : 'info'" effect="light"&gt;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{{ onlineStatusText(row.onlineStatus) }}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&lt;/el-tag&gt;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label="设备状态"&gt;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&lt;template #default="{ row }"&gt;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&lt;el-tag :type="row.status === 'NORMAL' ? 'success' : row.status === 'MAINTENANCE' ? 'warning' : 'danger'"&gt;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  {{ lampStatusText(row.status) }}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  &lt;/el-tag&gt;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  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&lt;/el-table-column&gt;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&lt;el-table-column prop="alarms.length" label="未处理报警" width="130"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&lt;/el-table&gt;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&lt;el-pagination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class="pagination"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layout="total, sizes, prev, pager, next"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:total="total"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:current-page="page"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:page-size="pageSize"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:page-sizes="[10, 20, 50, 100]"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@current-change="handlePageChange"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  @size-change="handleSizeChange"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/&gt;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&lt;/el-card&gt;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&lt;/div&gt;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&lt;/template&gt;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&lt;script setup lang="ts"&gt;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onMounted, ref } from 'vue';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lampApi, regionApi } from '../../api/modules';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import { lampStatusText, onlineStatusText } from '../../utils/labels';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rows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regions = ref&lt;any[]&gt;([]);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keyword = ref('');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selectedRegionId = ref('');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loading = ref(false);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page = ref(1);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pageSize = ref(20);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total = ref(0);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onlineTotal = ref(0);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const abnormalTotal = ref(0);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async function load()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loading.value = true;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try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const result = await lampApi.list({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keyword: keyword.value,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regionId: selectedRegionId.value,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page: page.value,</w:t>
      </w:r>
    </w:p>
    <w:p>
      <w:pPr>
        <w:keepLines w:val="0"/>
        <w:widowControl w:val="0"/>
        <w:spacing w:before="0" w:after="0" w:lineRule="exact" w:line="20"/>
      </w:pPr>
      <w:r>
        <w:br w:type="page"/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pageSize: pageSize.value,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  onlyTerminal: '1',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rows.value = result.items ?? 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total.value = result.total ??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onlineTotal.value = result.onlineTotal ??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abnormalTotal.value = result.abnormalTotal ?? 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 finally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  loading.value = false;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handlePageChange(value: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handleFilterChange()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function handleSizeChange(value: number)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pageSize.value = value;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page.value = 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void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onMounted(async () =&gt;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regions.value = (await regionApi.tree()) as any[];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await load();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});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&lt;/script&gt;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&lt;style scoped&gt;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.asset-stats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flex;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10px;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.asset-stats span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padding: 10px 14px;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border-radius: 999px;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color: #0f766e;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background: #ccfbf1;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font-weight: 600;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.filter-group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display: flex;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gap: 10px;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.pagination {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margin-top: 16px;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 xml:space="preserve">  justify-content: flex-end;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}</w:t>
      </w:r>
    </w:p>
    <w:p>
      <w:pPr>
        <w:keepLines w:val="0"/>
        <w:widowControl w:val="0"/>
        <w:spacing w:before="0" w:after="0" w:lineRule="exact" w:line="272"/>
      </w:pPr>
      <w:r>
        <w:rPr>
          <w:rFonts w:ascii="Microsoft YaHei" w:hAnsi="Microsoft YaHei" w:eastAsia="Microsoft YaHei"/>
          <w:b w:val="0"/>
          <w:color w:val="000000"/>
          <w:sz w:val="18"/>
        </w:rPr>
        <w:t>&lt;/style&gt;</w:t>
      </w:r>
    </w:p>
    <w:sectPr w:rsidR="00FC693F" w:rsidRPr="0006063C" w:rsidSect="00034616">
      <w:footerReference w:type="default" r:id="rId9"/>
      <w:pgSz w:w="11906" w:h="16838"/>
      <w:pgMar w:top="510" w:right="567" w:bottom="510" w:left="567" w:header="227" w:footer="22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Lines w:val="0"/>
      <w:widowControl w:val="0"/>
      <w:spacing w:before="0" w:after="0" w:lineRule="exact" w:line="200"/>
      <w:jc w:val="center"/>
    </w:pPr>
    <w:r>
      <w:rPr>
        <w:rFonts w:ascii="Microsoft YaHei" w:hAnsi="Microsoft YaHei" w:eastAsia="Microsoft YaHei"/>
        <w:b w:val="0"/>
        <w:color w:val="000000"/>
        <w:sz w:val="16"/>
      </w:rPr>
      <w:t xml:space="preserve">第 </w:t>
    </w:r>
    <w:r>
      <w:rPr>
        <w:rFonts w:ascii="Microsoft YaHei" w:hAnsi="Microsoft YaHei" w:eastAsia="Microsoft YaHei"/>
        <w:b w:val="0"/>
        <w:color w:val="000000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Microsoft YaHei" w:hAnsi="Microsoft YaHei" w:eastAsia="Microsoft YaHei"/>
        <w:b w:val="0"/>
        <w:color w:val="000000"/>
        <w:sz w:val="16"/>
      </w:rPr>
      <w:t xml:space="preserve"> 页 / 共 </w:t>
    </w:r>
    <w:r>
      <w:rPr>
        <w:rFonts w:ascii="Microsoft YaHei" w:hAnsi="Microsoft YaHei" w:eastAsia="Microsoft YaHei"/>
        <w:b w:val="0"/>
        <w:color w:val="000000"/>
        <w:sz w:val="16"/>
      </w:rPr>
      <w:fldChar w:fldCharType="begin"/>
      <w:instrText xml:space="preserve">NUMPAGES</w:instrText>
      <w:fldChar w:fldCharType="separate"/>
      <w:t>1</w:t>
      <w:fldChar w:fldCharType="end"/>
    </w:r>
    <w:r>
      <w:rPr>
        <w:rFonts w:ascii="Microsoft YaHei" w:hAnsi="Microsoft YaHei" w:eastAsia="Microsoft YaHei"/>
        <w:b w:val="0"/>
        <w:color w:val="000000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Microsoft YaHei" w:hAnsi="Microsoft YaHei" w:eastAsia="Microsoft YaHe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城市照明综合网管平台V1.0.0源代码交存材料</dc:title>
  <dc:subject>源代码程序标准交存：前后各连续30页</dc:subject>
  <dc:creator>城市照明综合网管平台</dc:creator>
  <cp:keywords>城市照明综合网管平台;V1.0.0;软件著作权;交存材料</cp:keywords>
  <dc:description>生成日期：2026年7月13日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